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3D0ED" w14:textId="77777777" w:rsidR="00F42771" w:rsidRPr="00B340B1" w:rsidRDefault="006B7686" w:rsidP="00585604">
      <w:pPr>
        <w:rPr>
          <w:rFonts w:ascii="BIZ UDP明朝 Medium" w:eastAsia="BIZ UDP明朝 Medium" w:hAnsi="BIZ UDP明朝 Medium"/>
          <w:lang w:eastAsia="zh-CN"/>
        </w:rPr>
      </w:pPr>
      <w:r w:rsidRPr="00B340B1">
        <w:rPr>
          <w:rFonts w:ascii="BIZ UDP明朝 Medium" w:eastAsia="BIZ UDP明朝 Medium" w:hAnsi="BIZ UDP明朝 Medium"/>
          <w:bCs/>
          <w:lang w:eastAsia="zh-CN"/>
        </w:rPr>
        <w:t>別記第１号様式（第７条関係）</w:t>
      </w:r>
    </w:p>
    <w:p w14:paraId="6EEB8C5F" w14:textId="307848A4" w:rsidR="00585604" w:rsidRPr="00B340B1" w:rsidRDefault="00585604" w:rsidP="00585604">
      <w:pPr>
        <w:widowControl w:val="0"/>
        <w:spacing w:after="0" w:line="240" w:lineRule="auto"/>
        <w:ind w:firstLineChars="121" w:firstLine="266"/>
        <w:jc w:val="right"/>
        <w:rPr>
          <w:rFonts w:ascii="BIZ UDP明朝 Medium" w:eastAsia="BIZ UDP明朝 Medium" w:hAnsi="BIZ UDP明朝 Medium" w:cs="Times New Roman"/>
          <w:kern w:val="2"/>
          <w:sz w:val="22"/>
          <w:lang w:eastAsia="ja-JP"/>
          <w14:ligatures w14:val="standardContextual"/>
        </w:rPr>
      </w:pPr>
      <w:r w:rsidRPr="00B340B1">
        <w:rPr>
          <w:rFonts w:ascii="BIZ UDP明朝 Medium" w:eastAsia="BIZ UDP明朝 Medium" w:hAnsi="BIZ UDP明朝 Medium" w:cs="Times New Roman"/>
          <w:kern w:val="2"/>
          <w:sz w:val="22"/>
          <w:lang w:eastAsia="ja-JP"/>
          <w14:ligatures w14:val="standardContextual"/>
        </w:rPr>
        <w:t>年</w:t>
      </w:r>
      <w:r w:rsidR="00B340B1">
        <w:rPr>
          <w:rFonts w:ascii="BIZ UDP明朝 Medium" w:eastAsia="BIZ UDP明朝 Medium" w:hAnsi="BIZ UDP明朝 Medium" w:cs="Times New Roman" w:hint="eastAsia"/>
          <w:kern w:val="2"/>
          <w:sz w:val="22"/>
          <w:lang w:eastAsia="ja-JP"/>
          <w14:ligatures w14:val="standardContextual"/>
        </w:rPr>
        <w:t xml:space="preserve">　　</w:t>
      </w:r>
      <w:r w:rsidRPr="00B340B1">
        <w:rPr>
          <w:rFonts w:ascii="BIZ UDP明朝 Medium" w:eastAsia="BIZ UDP明朝 Medium" w:hAnsi="BIZ UDP明朝 Medium" w:cs="Times New Roman"/>
          <w:kern w:val="2"/>
          <w:sz w:val="22"/>
          <w:lang w:eastAsia="ja-JP"/>
          <w14:ligatures w14:val="standardContextual"/>
        </w:rPr>
        <w:t xml:space="preserve">　　月　</w:t>
      </w:r>
      <w:r w:rsidR="00B340B1">
        <w:rPr>
          <w:rFonts w:ascii="BIZ UDP明朝 Medium" w:eastAsia="BIZ UDP明朝 Medium" w:hAnsi="BIZ UDP明朝 Medium" w:cs="Times New Roman" w:hint="eastAsia"/>
          <w:kern w:val="2"/>
          <w:sz w:val="22"/>
          <w:lang w:eastAsia="ja-JP"/>
          <w14:ligatures w14:val="standardContextual"/>
        </w:rPr>
        <w:t xml:space="preserve">　　</w:t>
      </w:r>
      <w:r w:rsidRPr="00B340B1">
        <w:rPr>
          <w:rFonts w:ascii="BIZ UDP明朝 Medium" w:eastAsia="BIZ UDP明朝 Medium" w:hAnsi="BIZ UDP明朝 Medium" w:cs="Times New Roman"/>
          <w:kern w:val="2"/>
          <w:sz w:val="22"/>
          <w:lang w:eastAsia="ja-JP"/>
          <w14:ligatures w14:val="standardContextual"/>
        </w:rPr>
        <w:t xml:space="preserve">　日</w:t>
      </w:r>
    </w:p>
    <w:p w14:paraId="5D751005" w14:textId="77777777" w:rsidR="00585604" w:rsidRPr="00B340B1" w:rsidRDefault="00585604" w:rsidP="00585604">
      <w:pPr>
        <w:widowControl w:val="0"/>
        <w:spacing w:after="0" w:line="240" w:lineRule="auto"/>
        <w:jc w:val="right"/>
        <w:rPr>
          <w:rFonts w:ascii="BIZ UDP明朝 Medium" w:eastAsia="BIZ UDP明朝 Medium" w:hAnsi="BIZ UDP明朝 Medium" w:cs="Times New Roman"/>
          <w:kern w:val="2"/>
          <w:sz w:val="22"/>
          <w:lang w:eastAsia="ja-JP"/>
          <w14:ligatures w14:val="standardContextual"/>
        </w:rPr>
      </w:pPr>
    </w:p>
    <w:p w14:paraId="6EF4853A" w14:textId="6C8956E7" w:rsidR="00585604" w:rsidRPr="00B340B1" w:rsidRDefault="00585604" w:rsidP="00585604">
      <w:pPr>
        <w:widowControl w:val="0"/>
        <w:spacing w:after="0" w:line="240" w:lineRule="auto"/>
        <w:jc w:val="both"/>
        <w:rPr>
          <w:rFonts w:ascii="BIZ UDP明朝 Medium" w:eastAsia="BIZ UDP明朝 Medium" w:hAnsi="BIZ UDP明朝 Medium" w:cs="Times New Roman"/>
          <w:kern w:val="2"/>
          <w:sz w:val="24"/>
          <w:szCs w:val="24"/>
          <w:lang w:eastAsia="ja-JP"/>
          <w14:ligatures w14:val="standardContextual"/>
        </w:rPr>
      </w:pPr>
      <w:r w:rsidRPr="00B340B1">
        <w:rPr>
          <w:rFonts w:ascii="BIZ UDP明朝 Medium" w:eastAsia="BIZ UDP明朝 Medium" w:hAnsi="BIZ UDP明朝 Medium" w:cs="Times New Roman"/>
          <w:kern w:val="2"/>
          <w:sz w:val="24"/>
          <w:szCs w:val="24"/>
          <w:lang w:eastAsia="ja-JP"/>
          <w14:ligatures w14:val="standardContextual"/>
        </w:rPr>
        <w:t xml:space="preserve">中央区文化・国際交流振興協会理事長 </w:t>
      </w:r>
      <w:r w:rsidR="00B340B1" w:rsidRPr="00B340B1">
        <w:rPr>
          <w:rFonts w:ascii="BIZ UDP明朝 Medium" w:eastAsia="BIZ UDP明朝 Medium" w:hAnsi="BIZ UDP明朝 Medium" w:cs="Times New Roman" w:hint="eastAsia"/>
          <w:kern w:val="2"/>
          <w:sz w:val="24"/>
          <w:szCs w:val="24"/>
          <w:lang w:eastAsia="ja-JP"/>
          <w14:ligatures w14:val="standardContextual"/>
        </w:rPr>
        <w:t>様</w:t>
      </w:r>
    </w:p>
    <w:p w14:paraId="35A7F41D" w14:textId="77777777" w:rsidR="00585604" w:rsidRPr="00B340B1" w:rsidRDefault="00585604" w:rsidP="00585604">
      <w:pPr>
        <w:widowControl w:val="0"/>
        <w:spacing w:after="0" w:line="240" w:lineRule="auto"/>
        <w:ind w:firstLineChars="121" w:firstLine="290"/>
        <w:jc w:val="both"/>
        <w:rPr>
          <w:rFonts w:ascii="BIZ UDP明朝 Medium" w:eastAsia="BIZ UDP明朝 Medium" w:hAnsi="BIZ UDP明朝 Medium" w:cs="Times New Roman"/>
          <w:kern w:val="2"/>
          <w:sz w:val="24"/>
          <w:szCs w:val="24"/>
          <w:lang w:eastAsia="ja-JP"/>
          <w14:ligatures w14:val="standardContextual"/>
        </w:rPr>
      </w:pPr>
    </w:p>
    <w:p w14:paraId="074CC1B3" w14:textId="77777777" w:rsidR="00585604" w:rsidRPr="00B340B1" w:rsidRDefault="00585604" w:rsidP="00B340B1">
      <w:pPr>
        <w:widowControl w:val="0"/>
        <w:spacing w:after="0" w:line="240" w:lineRule="auto"/>
        <w:ind w:firstLineChars="2303" w:firstLine="5527"/>
        <w:jc w:val="both"/>
        <w:rPr>
          <w:rFonts w:ascii="BIZ UDP明朝 Medium" w:eastAsia="BIZ UDP明朝 Medium" w:hAnsi="BIZ UDP明朝 Medium" w:cs="Times New Roman"/>
          <w:kern w:val="2"/>
          <w:sz w:val="24"/>
          <w:szCs w:val="24"/>
          <w:lang w:eastAsia="ja-JP"/>
          <w14:ligatures w14:val="standardContextual"/>
        </w:rPr>
      </w:pPr>
      <w:r w:rsidRPr="00B340B1">
        <w:rPr>
          <w:rFonts w:ascii="BIZ UDP明朝 Medium" w:eastAsia="BIZ UDP明朝 Medium" w:hAnsi="BIZ UDP明朝 Medium" w:cs="Times New Roman"/>
          <w:kern w:val="2"/>
          <w:sz w:val="24"/>
          <w:szCs w:val="24"/>
          <w:lang w:eastAsia="ja-JP"/>
          <w14:ligatures w14:val="standardContextual"/>
        </w:rPr>
        <w:t>教室名</w:t>
      </w:r>
    </w:p>
    <w:p w14:paraId="26AF963E" w14:textId="77777777" w:rsidR="00585604" w:rsidRPr="00B340B1" w:rsidRDefault="00585604" w:rsidP="00585604">
      <w:pPr>
        <w:widowControl w:val="0"/>
        <w:spacing w:after="0" w:line="240" w:lineRule="auto"/>
        <w:ind w:firstLineChars="2483" w:firstLine="5959"/>
        <w:jc w:val="both"/>
        <w:rPr>
          <w:rFonts w:ascii="BIZ UDP明朝 Medium" w:eastAsia="BIZ UDP明朝 Medium" w:hAnsi="BIZ UDP明朝 Medium" w:cs="Times New Roman"/>
          <w:kern w:val="2"/>
          <w:sz w:val="24"/>
          <w:szCs w:val="24"/>
          <w:lang w:eastAsia="ja-JP"/>
          <w14:ligatures w14:val="standardContextual"/>
        </w:rPr>
      </w:pPr>
    </w:p>
    <w:p w14:paraId="3923946D" w14:textId="5F200DF5" w:rsidR="00585604" w:rsidRPr="00B340B1" w:rsidRDefault="00B340B1" w:rsidP="00B340B1">
      <w:pPr>
        <w:widowControl w:val="0"/>
        <w:spacing w:after="0" w:line="240" w:lineRule="auto"/>
        <w:ind w:firstLineChars="2303" w:firstLine="5527"/>
        <w:jc w:val="both"/>
        <w:rPr>
          <w:rFonts w:ascii="BIZ UDP明朝 Medium" w:eastAsia="BIZ UDP明朝 Medium" w:hAnsi="BIZ UDP明朝 Medium" w:cs="Times New Roman"/>
          <w:kern w:val="2"/>
          <w:sz w:val="24"/>
          <w:szCs w:val="24"/>
          <w:lang w:eastAsia="ja-JP"/>
          <w14:ligatures w14:val="standardContextual"/>
        </w:rPr>
      </w:pPr>
      <w:r>
        <w:rPr>
          <w:rFonts w:ascii="BIZ UDP明朝 Medium" w:eastAsia="BIZ UDP明朝 Medium" w:hAnsi="BIZ UDP明朝 Medium" w:cs="Times New Roman" w:hint="eastAsia"/>
          <w:kern w:val="2"/>
          <w:sz w:val="24"/>
          <w:szCs w:val="24"/>
          <w:lang w:eastAsia="ja-JP"/>
          <w14:ligatures w14:val="standardContextual"/>
        </w:rPr>
        <w:t>代</w:t>
      </w:r>
      <w:r w:rsidR="00585604" w:rsidRPr="00B340B1">
        <w:rPr>
          <w:rFonts w:ascii="BIZ UDP明朝 Medium" w:eastAsia="BIZ UDP明朝 Medium" w:hAnsi="BIZ UDP明朝 Medium" w:cs="Times New Roman"/>
          <w:kern w:val="2"/>
          <w:sz w:val="24"/>
          <w:szCs w:val="24"/>
          <w:lang w:eastAsia="ja-JP"/>
          <w14:ligatures w14:val="standardContextual"/>
        </w:rPr>
        <w:t>表者</w:t>
      </w:r>
      <w:r w:rsidRPr="00B340B1">
        <w:rPr>
          <w:rFonts w:ascii="BIZ UDP明朝 Medium" w:eastAsia="BIZ UDP明朝 Medium" w:hAnsi="BIZ UDP明朝 Medium" w:cs="Times New Roman" w:hint="eastAsia"/>
          <w:kern w:val="2"/>
          <w:sz w:val="24"/>
          <w:szCs w:val="24"/>
          <w:lang w:eastAsia="ja-JP"/>
          <w14:ligatures w14:val="standardContextual"/>
        </w:rPr>
        <w:t xml:space="preserve">　　　　　　　　　　　　　　　</w:t>
      </w:r>
      <w:r>
        <w:rPr>
          <w:rFonts w:ascii="BIZ UDP明朝 Medium" w:eastAsia="BIZ UDP明朝 Medium" w:hAnsi="BIZ UDP明朝 Medium" w:cs="Times New Roman" w:hint="eastAsia"/>
          <w:kern w:val="2"/>
          <w:sz w:val="24"/>
          <w:szCs w:val="24"/>
          <w:lang w:eastAsia="ja-JP"/>
          <w14:ligatures w14:val="standardContextual"/>
        </w:rPr>
        <w:t xml:space="preserve">　　　</w:t>
      </w:r>
      <w:r w:rsidRPr="00B340B1">
        <w:rPr>
          <w:rFonts w:ascii="BIZ UDP明朝 Medium" w:eastAsia="BIZ UDP明朝 Medium" w:hAnsi="BIZ UDP明朝 Medium" w:cs="Times New Roman" w:hint="eastAsia"/>
          <w:kern w:val="2"/>
          <w:sz w:val="24"/>
          <w:szCs w:val="24"/>
          <w:lang w:eastAsia="ja-JP"/>
          <w14:ligatures w14:val="standardContextual"/>
        </w:rPr>
        <w:t xml:space="preserve">　</w:t>
      </w:r>
      <w:r w:rsidR="006C36E5">
        <w:rPr>
          <w:rFonts w:ascii="BIZ UDP明朝 Medium" w:eastAsia="BIZ UDP明朝 Medium" w:hAnsi="BIZ UDP明朝 Medium" w:hint="eastAsia"/>
          <w:sz w:val="24"/>
          <w:szCs w:val="24"/>
        </w:rPr>
        <w:t>㊞</w:t>
      </w:r>
    </w:p>
    <w:p w14:paraId="2501F383" w14:textId="77777777" w:rsidR="00585604" w:rsidRPr="00B340B1" w:rsidRDefault="00585604" w:rsidP="00585604">
      <w:pPr>
        <w:widowControl w:val="0"/>
        <w:spacing w:after="0" w:line="240" w:lineRule="auto"/>
        <w:ind w:firstLineChars="2483" w:firstLine="5463"/>
        <w:jc w:val="both"/>
        <w:rPr>
          <w:rFonts w:ascii="BIZ UDP明朝 Medium" w:eastAsia="BIZ UDP明朝 Medium" w:hAnsi="BIZ UDP明朝 Medium" w:cs="Times New Roman"/>
          <w:kern w:val="2"/>
          <w:sz w:val="22"/>
          <w:lang w:eastAsia="ja-JP"/>
          <w14:ligatures w14:val="standardContextual"/>
        </w:rPr>
      </w:pPr>
    </w:p>
    <w:p w14:paraId="69B6E8BB" w14:textId="77777777" w:rsidR="00B340B1" w:rsidRDefault="00B340B1" w:rsidP="00585604">
      <w:pPr>
        <w:widowControl w:val="0"/>
        <w:spacing w:after="0" w:line="240" w:lineRule="auto"/>
        <w:jc w:val="center"/>
        <w:rPr>
          <w:rFonts w:ascii="BIZ UDP明朝 Medium" w:eastAsia="BIZ UDP明朝 Medium" w:hAnsi="BIZ UDP明朝 Medium" w:cs="Times New Roman"/>
          <w:kern w:val="2"/>
          <w:sz w:val="28"/>
          <w:szCs w:val="28"/>
          <w:lang w:eastAsia="ja-JP"/>
          <w14:ligatures w14:val="standardContextual"/>
        </w:rPr>
      </w:pPr>
    </w:p>
    <w:p w14:paraId="56E7C13B" w14:textId="768F121D" w:rsidR="00585604" w:rsidRPr="00B340B1" w:rsidRDefault="00585604" w:rsidP="00585604">
      <w:pPr>
        <w:widowControl w:val="0"/>
        <w:spacing w:after="0" w:line="240" w:lineRule="auto"/>
        <w:jc w:val="center"/>
        <w:rPr>
          <w:rFonts w:ascii="BIZ UDP明朝 Medium" w:eastAsia="BIZ UDP明朝 Medium" w:hAnsi="BIZ UDP明朝 Medium" w:cs="Times New Roman"/>
          <w:kern w:val="2"/>
          <w:sz w:val="28"/>
          <w:szCs w:val="28"/>
          <w:lang w:eastAsia="ja-JP"/>
          <w14:ligatures w14:val="standardContextual"/>
        </w:rPr>
      </w:pPr>
      <w:r w:rsidRPr="00B340B1">
        <w:rPr>
          <w:rFonts w:ascii="BIZ UDP明朝 Medium" w:eastAsia="BIZ UDP明朝 Medium" w:hAnsi="BIZ UDP明朝 Medium" w:cs="Times New Roman"/>
          <w:kern w:val="2"/>
          <w:sz w:val="28"/>
          <w:szCs w:val="28"/>
          <w:lang w:eastAsia="ja-JP"/>
          <w14:ligatures w14:val="standardContextual"/>
        </w:rPr>
        <w:t>日本語教室の開設・運営に係る支援等申請書</w:t>
      </w:r>
    </w:p>
    <w:p w14:paraId="13ECC9B4" w14:textId="77777777" w:rsidR="00585604" w:rsidRDefault="00585604" w:rsidP="00585604">
      <w:pPr>
        <w:widowControl w:val="0"/>
        <w:spacing w:after="0" w:line="240" w:lineRule="auto"/>
        <w:jc w:val="center"/>
        <w:rPr>
          <w:rFonts w:ascii="BIZ UDP明朝 Medium" w:eastAsia="BIZ UDP明朝 Medium" w:hAnsi="BIZ UDP明朝 Medium" w:cs="Times New Roman"/>
          <w:kern w:val="2"/>
          <w:sz w:val="22"/>
          <w:lang w:eastAsia="ja-JP"/>
          <w14:ligatures w14:val="standardContextual"/>
        </w:rPr>
      </w:pPr>
    </w:p>
    <w:p w14:paraId="456DB1CD" w14:textId="77777777" w:rsidR="00B22E0A" w:rsidRPr="00B340B1" w:rsidRDefault="00B22E0A" w:rsidP="00585604">
      <w:pPr>
        <w:widowControl w:val="0"/>
        <w:spacing w:after="0" w:line="240" w:lineRule="auto"/>
        <w:jc w:val="center"/>
        <w:rPr>
          <w:rFonts w:ascii="BIZ UDP明朝 Medium" w:eastAsia="BIZ UDP明朝 Medium" w:hAnsi="BIZ UDP明朝 Medium" w:cs="Times New Roman"/>
          <w:kern w:val="2"/>
          <w:sz w:val="22"/>
          <w:lang w:eastAsia="ja-JP"/>
          <w14:ligatures w14:val="standardContextual"/>
        </w:rPr>
      </w:pPr>
    </w:p>
    <w:p w14:paraId="41569CD5" w14:textId="77777777" w:rsidR="00B340B1" w:rsidRDefault="00585604" w:rsidP="00B22E0A">
      <w:pPr>
        <w:widowControl w:val="0"/>
        <w:spacing w:after="0" w:line="360" w:lineRule="auto"/>
        <w:ind w:firstLineChars="236" w:firstLine="566"/>
        <w:jc w:val="both"/>
        <w:rPr>
          <w:rFonts w:ascii="BIZ UDP明朝 Medium" w:eastAsia="BIZ UDP明朝 Medium" w:hAnsi="BIZ UDP明朝 Medium" w:cs="Times New Roman"/>
          <w:kern w:val="2"/>
          <w:sz w:val="24"/>
          <w:szCs w:val="24"/>
          <w:lang w:eastAsia="ja-JP"/>
          <w14:ligatures w14:val="standardContextual"/>
        </w:rPr>
      </w:pPr>
      <w:r w:rsidRPr="00B340B1">
        <w:rPr>
          <w:rFonts w:ascii="BIZ UDP明朝 Medium" w:eastAsia="BIZ UDP明朝 Medium" w:hAnsi="BIZ UDP明朝 Medium" w:cs="Times New Roman"/>
          <w:kern w:val="2"/>
          <w:sz w:val="24"/>
          <w:szCs w:val="24"/>
          <w:lang w:eastAsia="ja-JP"/>
          <w14:ligatures w14:val="standardContextual"/>
        </w:rPr>
        <w:t xml:space="preserve">わたくしどもが開設・運営する日本語教室について、貴協会に　　　　</w:t>
      </w:r>
      <w:r w:rsidR="00B340B1">
        <w:rPr>
          <w:rFonts w:ascii="BIZ UDP明朝 Medium" w:eastAsia="BIZ UDP明朝 Medium" w:hAnsi="BIZ UDP明朝 Medium" w:cs="Times New Roman" w:hint="eastAsia"/>
          <w:kern w:val="2"/>
          <w:sz w:val="24"/>
          <w:szCs w:val="24"/>
          <w:lang w:eastAsia="ja-JP"/>
          <w14:ligatures w14:val="standardContextual"/>
        </w:rPr>
        <w:t xml:space="preserve">　　</w:t>
      </w:r>
      <w:r w:rsidRPr="00B340B1">
        <w:rPr>
          <w:rFonts w:ascii="BIZ UDP明朝 Medium" w:eastAsia="BIZ UDP明朝 Medium" w:hAnsi="BIZ UDP明朝 Medium" w:cs="Times New Roman"/>
          <w:kern w:val="2"/>
          <w:sz w:val="24"/>
          <w:szCs w:val="24"/>
          <w:lang w:eastAsia="ja-JP"/>
          <w14:ligatures w14:val="standardContextual"/>
        </w:rPr>
        <w:t xml:space="preserve">　年度の支援等を</w:t>
      </w:r>
    </w:p>
    <w:p w14:paraId="7E02CCFD" w14:textId="5D708978" w:rsidR="00585604" w:rsidRPr="00B340B1" w:rsidRDefault="00585604" w:rsidP="00B22E0A">
      <w:pPr>
        <w:widowControl w:val="0"/>
        <w:spacing w:after="0" w:line="360" w:lineRule="auto"/>
        <w:ind w:firstLineChars="121" w:firstLine="290"/>
        <w:jc w:val="both"/>
        <w:rPr>
          <w:rFonts w:ascii="BIZ UDP明朝 Medium" w:eastAsia="BIZ UDP明朝 Medium" w:hAnsi="BIZ UDP明朝 Medium" w:cs="Times New Roman"/>
          <w:kern w:val="2"/>
          <w:sz w:val="24"/>
          <w:szCs w:val="24"/>
          <w:lang w:eastAsia="ja-JP"/>
          <w14:ligatures w14:val="standardContextual"/>
        </w:rPr>
      </w:pPr>
      <w:r w:rsidRPr="00B340B1">
        <w:rPr>
          <w:rFonts w:ascii="BIZ UDP明朝 Medium" w:eastAsia="BIZ UDP明朝 Medium" w:hAnsi="BIZ UDP明朝 Medium" w:cs="Times New Roman"/>
          <w:kern w:val="2"/>
          <w:sz w:val="24"/>
          <w:szCs w:val="24"/>
          <w:lang w:eastAsia="ja-JP"/>
          <w14:ligatures w14:val="standardContextual"/>
        </w:rPr>
        <w:t>お願いいたしたく、関係書類を添えて申請いたします。</w:t>
      </w:r>
    </w:p>
    <w:p w14:paraId="7ED05875" w14:textId="77777777" w:rsidR="00B22E0A" w:rsidRDefault="00B22E0A" w:rsidP="00B340B1">
      <w:pPr>
        <w:jc w:val="center"/>
        <w:rPr>
          <w:rFonts w:ascii="BIZ UDP明朝 Medium" w:eastAsia="BIZ UDP明朝 Medium" w:hAnsi="BIZ UDP明朝 Medium"/>
          <w:sz w:val="24"/>
          <w:szCs w:val="24"/>
          <w:lang w:eastAsia="ja-JP"/>
        </w:rPr>
      </w:pPr>
    </w:p>
    <w:p w14:paraId="44090EE4" w14:textId="1C4ADB6B" w:rsidR="00CA112B" w:rsidRPr="00B340B1" w:rsidRDefault="00B340B1" w:rsidP="00B340B1">
      <w:pPr>
        <w:jc w:val="center"/>
        <w:rPr>
          <w:rFonts w:ascii="BIZ UDP明朝 Medium" w:eastAsia="BIZ UDP明朝 Medium" w:hAnsi="BIZ UDP明朝 Medium"/>
          <w:sz w:val="24"/>
          <w:szCs w:val="24"/>
          <w:lang w:eastAsia="ja-JP"/>
        </w:rPr>
      </w:pPr>
      <w:r w:rsidRPr="00B340B1">
        <w:rPr>
          <w:rFonts w:ascii="BIZ UDP明朝 Medium" w:eastAsia="BIZ UDP明朝 Medium" w:hAnsi="BIZ UDP明朝 Medium" w:hint="eastAsia"/>
          <w:sz w:val="24"/>
          <w:szCs w:val="24"/>
          <w:lang w:eastAsia="ja-JP"/>
        </w:rPr>
        <w:t>記</w:t>
      </w:r>
    </w:p>
    <w:tbl>
      <w:tblPr>
        <w:tblStyle w:val="afe"/>
        <w:tblpPr w:leftFromText="142" w:rightFromText="142" w:vertAnchor="page" w:horzAnchor="margin" w:tblpY="7021"/>
        <w:tblW w:w="9776" w:type="dxa"/>
        <w:tblLook w:val="04A0" w:firstRow="1" w:lastRow="0" w:firstColumn="1" w:lastColumn="0" w:noHBand="0" w:noVBand="1"/>
      </w:tblPr>
      <w:tblGrid>
        <w:gridCol w:w="3114"/>
        <w:gridCol w:w="6662"/>
      </w:tblGrid>
      <w:tr w:rsidR="00B340B1" w:rsidRPr="00B340B1" w14:paraId="6CD2E68C" w14:textId="77777777" w:rsidTr="00B22E0A">
        <w:trPr>
          <w:trHeight w:val="1271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7CB23" w14:textId="77777777" w:rsidR="00B340B1" w:rsidRPr="00B340B1" w:rsidRDefault="00B340B1" w:rsidP="00B22E0A">
            <w:pPr>
              <w:rPr>
                <w:rFonts w:ascii="BIZ UDP明朝 Medium" w:eastAsia="BIZ UDP明朝 Medium" w:hAnsi="BIZ UDP明朝 Medium"/>
                <w:bCs/>
                <w:sz w:val="24"/>
                <w:szCs w:val="24"/>
              </w:rPr>
            </w:pPr>
            <w:r w:rsidRPr="00B340B1">
              <w:rPr>
                <w:rFonts w:ascii="BIZ UDP明朝 Medium" w:eastAsia="BIZ UDP明朝 Medium" w:hAnsi="BIZ UDP明朝 Medium"/>
                <w:bCs/>
                <w:sz w:val="24"/>
                <w:szCs w:val="24"/>
              </w:rPr>
              <w:t xml:space="preserve">1 </w:t>
            </w:r>
            <w:proofErr w:type="spellStart"/>
            <w:r w:rsidRPr="00B340B1">
              <w:rPr>
                <w:rFonts w:ascii="BIZ UDP明朝 Medium" w:eastAsia="BIZ UDP明朝 Medium" w:hAnsi="BIZ UDP明朝 Medium"/>
                <w:bCs/>
                <w:sz w:val="24"/>
                <w:szCs w:val="24"/>
              </w:rPr>
              <w:t>教室の目的</w:t>
            </w:r>
            <w:proofErr w:type="spellEnd"/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8DF7F" w14:textId="77777777" w:rsidR="00B340B1" w:rsidRPr="00B340B1" w:rsidRDefault="00B340B1" w:rsidP="00B22E0A">
            <w:pPr>
              <w:rPr>
                <w:rFonts w:ascii="BIZ UDP明朝 Medium" w:eastAsia="BIZ UDP明朝 Medium" w:hAnsi="BIZ UDP明朝 Medium"/>
                <w:bCs/>
                <w:sz w:val="24"/>
                <w:szCs w:val="24"/>
              </w:rPr>
            </w:pPr>
          </w:p>
        </w:tc>
      </w:tr>
      <w:tr w:rsidR="00B340B1" w:rsidRPr="00B340B1" w14:paraId="585CC94F" w14:textId="77777777" w:rsidTr="00B22E0A">
        <w:trPr>
          <w:trHeight w:val="825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379C6" w14:textId="77777777" w:rsidR="00B340B1" w:rsidRPr="00B340B1" w:rsidRDefault="00B340B1" w:rsidP="00B22E0A">
            <w:pPr>
              <w:rPr>
                <w:rFonts w:ascii="BIZ UDP明朝 Medium" w:eastAsia="BIZ UDP明朝 Medium" w:hAnsi="BIZ UDP明朝 Medium"/>
                <w:bCs/>
                <w:sz w:val="24"/>
                <w:szCs w:val="24"/>
              </w:rPr>
            </w:pPr>
            <w:r w:rsidRPr="00B340B1">
              <w:rPr>
                <w:rFonts w:ascii="BIZ UDP明朝 Medium" w:eastAsia="BIZ UDP明朝 Medium" w:hAnsi="BIZ UDP明朝 Medium"/>
                <w:bCs/>
                <w:sz w:val="24"/>
                <w:szCs w:val="24"/>
              </w:rPr>
              <w:t xml:space="preserve">2 </w:t>
            </w:r>
            <w:proofErr w:type="spellStart"/>
            <w:r w:rsidRPr="00B340B1">
              <w:rPr>
                <w:rFonts w:ascii="BIZ UDP明朝 Medium" w:eastAsia="BIZ UDP明朝 Medium" w:hAnsi="BIZ UDP明朝 Medium"/>
                <w:bCs/>
                <w:sz w:val="24"/>
                <w:szCs w:val="24"/>
              </w:rPr>
              <w:t>参加予定者数</w:t>
            </w:r>
            <w:proofErr w:type="spellEnd"/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396F1" w14:textId="1DE7829F" w:rsidR="00B340B1" w:rsidRPr="00B340B1" w:rsidRDefault="00B340B1" w:rsidP="00B22E0A">
            <w:pPr>
              <w:rPr>
                <w:rFonts w:ascii="BIZ UDP明朝 Medium" w:eastAsia="BIZ UDP明朝 Medium" w:hAnsi="BIZ UDP明朝 Medium"/>
                <w:bCs/>
                <w:sz w:val="24"/>
                <w:szCs w:val="24"/>
                <w:lang w:eastAsia="zh-CN"/>
              </w:rPr>
            </w:pPr>
            <w:r w:rsidRPr="00B340B1">
              <w:rPr>
                <w:rFonts w:ascii="BIZ UDP明朝 Medium" w:eastAsia="BIZ UDP明朝 Medium" w:hAnsi="BIZ UDP明朝 Medium"/>
                <w:bCs/>
                <w:sz w:val="24"/>
                <w:szCs w:val="24"/>
                <w:lang w:eastAsia="zh-CN"/>
              </w:rPr>
              <w:t xml:space="preserve">指導者　　　　</w:t>
            </w:r>
            <w:r>
              <w:rPr>
                <w:rFonts w:ascii="BIZ UDP明朝 Medium" w:eastAsia="BIZ UDP明朝 Medium" w:hAnsi="BIZ UDP明朝 Medium" w:hint="eastAsia"/>
                <w:bCs/>
                <w:sz w:val="24"/>
                <w:szCs w:val="24"/>
                <w:lang w:eastAsia="zh-CN"/>
              </w:rPr>
              <w:t xml:space="preserve">　</w:t>
            </w:r>
            <w:r w:rsidRPr="00B340B1">
              <w:rPr>
                <w:rFonts w:ascii="BIZ UDP明朝 Medium" w:eastAsia="BIZ UDP明朝 Medium" w:hAnsi="BIZ UDP明朝 Medium"/>
                <w:bCs/>
                <w:sz w:val="24"/>
                <w:szCs w:val="24"/>
                <w:lang w:eastAsia="zh-CN"/>
              </w:rPr>
              <w:t xml:space="preserve">　名</w:t>
            </w:r>
          </w:p>
          <w:p w14:paraId="708278AF" w14:textId="558ADFBB" w:rsidR="00B340B1" w:rsidRPr="00B340B1" w:rsidRDefault="00B340B1" w:rsidP="00B22E0A">
            <w:pPr>
              <w:rPr>
                <w:rFonts w:ascii="BIZ UDP明朝 Medium" w:eastAsia="BIZ UDP明朝 Medium" w:hAnsi="BIZ UDP明朝 Medium"/>
                <w:bCs/>
                <w:sz w:val="24"/>
                <w:szCs w:val="24"/>
                <w:lang w:eastAsia="zh-CN"/>
              </w:rPr>
            </w:pPr>
            <w:r w:rsidRPr="00B340B1">
              <w:rPr>
                <w:rFonts w:ascii="BIZ UDP明朝 Medium" w:eastAsia="BIZ UDP明朝 Medium" w:hAnsi="BIZ UDP明朝 Medium"/>
                <w:bCs/>
                <w:sz w:val="24"/>
                <w:szCs w:val="24"/>
                <w:lang w:eastAsia="zh-CN"/>
              </w:rPr>
              <w:t xml:space="preserve">学習者　　　　　</w:t>
            </w:r>
            <w:r>
              <w:rPr>
                <w:rFonts w:ascii="BIZ UDP明朝 Medium" w:eastAsia="BIZ UDP明朝 Medium" w:hAnsi="BIZ UDP明朝 Medium" w:hint="eastAsia"/>
                <w:bCs/>
                <w:sz w:val="24"/>
                <w:szCs w:val="24"/>
                <w:lang w:eastAsia="zh-CN"/>
              </w:rPr>
              <w:t xml:space="preserve">　</w:t>
            </w:r>
            <w:r w:rsidRPr="00B340B1">
              <w:rPr>
                <w:rFonts w:ascii="BIZ UDP明朝 Medium" w:eastAsia="BIZ UDP明朝 Medium" w:hAnsi="BIZ UDP明朝 Medium"/>
                <w:bCs/>
                <w:sz w:val="24"/>
                <w:szCs w:val="24"/>
                <w:lang w:eastAsia="zh-CN"/>
              </w:rPr>
              <w:t>名</w:t>
            </w:r>
          </w:p>
        </w:tc>
      </w:tr>
      <w:tr w:rsidR="00B340B1" w:rsidRPr="00B340B1" w14:paraId="36C33982" w14:textId="77777777" w:rsidTr="00B22E0A">
        <w:trPr>
          <w:trHeight w:val="746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3BFBA" w14:textId="77777777" w:rsidR="00B340B1" w:rsidRPr="00B340B1" w:rsidRDefault="00B340B1" w:rsidP="00B22E0A">
            <w:pPr>
              <w:rPr>
                <w:rFonts w:ascii="BIZ UDP明朝 Medium" w:eastAsia="BIZ UDP明朝 Medium" w:hAnsi="BIZ UDP明朝 Medium"/>
                <w:bCs/>
                <w:sz w:val="24"/>
                <w:szCs w:val="24"/>
                <w:lang w:eastAsia="ja-JP"/>
              </w:rPr>
            </w:pPr>
            <w:r w:rsidRPr="00B340B1">
              <w:rPr>
                <w:rFonts w:ascii="BIZ UDP明朝 Medium" w:eastAsia="BIZ UDP明朝 Medium" w:hAnsi="BIZ UDP明朝 Medium" w:hint="eastAsia"/>
                <w:bCs/>
                <w:sz w:val="24"/>
                <w:szCs w:val="24"/>
                <w:lang w:eastAsia="ja-JP"/>
              </w:rPr>
              <w:t>3</w:t>
            </w:r>
            <w:r w:rsidRPr="00B340B1">
              <w:rPr>
                <w:rFonts w:ascii="BIZ UDP明朝 Medium" w:eastAsia="BIZ UDP明朝 Medium" w:hAnsi="BIZ UDP明朝 Medium"/>
                <w:bCs/>
                <w:sz w:val="24"/>
                <w:szCs w:val="24"/>
                <w:lang w:eastAsia="ja-JP"/>
              </w:rPr>
              <w:t>対象学習者のレベル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F2F37" w14:textId="77777777" w:rsidR="00B340B1" w:rsidRPr="00B340B1" w:rsidRDefault="00B340B1" w:rsidP="00B22E0A">
            <w:pPr>
              <w:rPr>
                <w:rFonts w:ascii="BIZ UDP明朝 Medium" w:eastAsia="BIZ UDP明朝 Medium" w:hAnsi="BIZ UDP明朝 Medium"/>
                <w:bCs/>
                <w:sz w:val="24"/>
                <w:szCs w:val="24"/>
                <w:lang w:eastAsia="ja-JP"/>
              </w:rPr>
            </w:pPr>
          </w:p>
        </w:tc>
      </w:tr>
      <w:tr w:rsidR="00B340B1" w:rsidRPr="00B340B1" w14:paraId="659BB669" w14:textId="77777777" w:rsidTr="00B22E0A">
        <w:trPr>
          <w:trHeight w:val="159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1F2AF" w14:textId="77777777" w:rsidR="00B340B1" w:rsidRPr="00B340B1" w:rsidRDefault="00B340B1" w:rsidP="00B22E0A">
            <w:pPr>
              <w:rPr>
                <w:rFonts w:ascii="BIZ UDP明朝 Medium" w:eastAsia="BIZ UDP明朝 Medium" w:hAnsi="BIZ UDP明朝 Medium"/>
                <w:bCs/>
                <w:sz w:val="24"/>
                <w:szCs w:val="24"/>
                <w:lang w:eastAsia="ja-JP"/>
              </w:rPr>
            </w:pPr>
            <w:r w:rsidRPr="00B340B1">
              <w:rPr>
                <w:rFonts w:ascii="BIZ UDP明朝 Medium" w:eastAsia="BIZ UDP明朝 Medium" w:hAnsi="BIZ UDP明朝 Medium" w:hint="eastAsia"/>
                <w:bCs/>
                <w:sz w:val="24"/>
                <w:szCs w:val="24"/>
                <w:lang w:eastAsia="ja-JP"/>
              </w:rPr>
              <w:t>4</w:t>
            </w:r>
            <w:r w:rsidRPr="00B340B1">
              <w:rPr>
                <w:rFonts w:ascii="BIZ UDP明朝 Medium" w:eastAsia="BIZ UDP明朝 Medium" w:hAnsi="BIZ UDP明朝 Medium"/>
                <w:bCs/>
                <w:sz w:val="24"/>
                <w:szCs w:val="24"/>
                <w:lang w:eastAsia="ja-JP"/>
              </w:rPr>
              <w:t xml:space="preserve"> 希望する支援</w:t>
            </w:r>
          </w:p>
          <w:p w14:paraId="66482832" w14:textId="77777777" w:rsidR="00B340B1" w:rsidRPr="00B340B1" w:rsidRDefault="00B340B1" w:rsidP="006C36E5">
            <w:pPr>
              <w:ind w:leftChars="125" w:left="263"/>
              <w:rPr>
                <w:rFonts w:ascii="BIZ UDP明朝 Medium" w:eastAsia="BIZ UDP明朝 Medium" w:hAnsi="BIZ UDP明朝 Medium"/>
                <w:bCs/>
                <w:sz w:val="20"/>
                <w:szCs w:val="20"/>
                <w:lang w:eastAsia="ja-JP"/>
              </w:rPr>
            </w:pPr>
            <w:r w:rsidRPr="00B340B1">
              <w:rPr>
                <w:rFonts w:ascii="BIZ UDP明朝 Medium" w:eastAsia="BIZ UDP明朝 Medium" w:hAnsi="BIZ UDP明朝 Medium"/>
                <w:bCs/>
                <w:sz w:val="20"/>
                <w:szCs w:val="20"/>
                <w:lang w:eastAsia="ja-JP"/>
              </w:rPr>
              <w:t>＜該当する□にチェック「</w:t>
            </w:r>
            <w:r w:rsidRPr="00B340B1">
              <w:rPr>
                <w:rFonts w:ascii="Segoe UI Symbol" w:eastAsia="BIZ UDP明朝 Medium" w:hAnsi="Segoe UI Symbol" w:cs="Segoe UI Symbol"/>
                <w:bCs/>
                <w:sz w:val="20"/>
                <w:szCs w:val="20"/>
                <w:lang w:eastAsia="ja-JP"/>
              </w:rPr>
              <w:t>✔</w:t>
            </w:r>
            <w:r w:rsidRPr="00B340B1">
              <w:rPr>
                <w:rFonts w:ascii="BIZ UDP明朝 Medium" w:eastAsia="BIZ UDP明朝 Medium" w:hAnsi="BIZ UDP明朝 Medium"/>
                <w:bCs/>
                <w:sz w:val="20"/>
                <w:szCs w:val="20"/>
                <w:lang w:eastAsia="ja-JP"/>
              </w:rPr>
              <w:t>」＞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AF37B" w14:textId="77777777" w:rsidR="00B340B1" w:rsidRPr="00B340B1" w:rsidRDefault="00B340B1" w:rsidP="00B22E0A">
            <w:pPr>
              <w:rPr>
                <w:rFonts w:ascii="BIZ UDP明朝 Medium" w:eastAsia="BIZ UDP明朝 Medium" w:hAnsi="BIZ UDP明朝 Medium"/>
                <w:bCs/>
                <w:sz w:val="24"/>
                <w:szCs w:val="24"/>
                <w:lang w:eastAsia="ja-JP"/>
              </w:rPr>
            </w:pPr>
            <w:r w:rsidRPr="00B340B1">
              <w:rPr>
                <w:rFonts w:ascii="BIZ UDP明朝 Medium" w:eastAsia="BIZ UDP明朝 Medium" w:hAnsi="BIZ UDP明朝 Medium"/>
                <w:bCs/>
                <w:sz w:val="24"/>
                <w:szCs w:val="24"/>
                <w:lang w:eastAsia="ja-JP"/>
              </w:rPr>
              <w:t>□ 助成金</w:t>
            </w:r>
            <w:r w:rsidRPr="00B340B1">
              <w:rPr>
                <w:rFonts w:ascii="BIZ UDP明朝 Medium" w:eastAsia="BIZ UDP明朝 Medium" w:hAnsi="BIZ UDP明朝 Medium"/>
                <w:bCs/>
                <w:sz w:val="24"/>
                <w:szCs w:val="24"/>
                <w:lang w:eastAsia="ja-JP"/>
              </w:rPr>
              <w:br/>
              <w:t>□ 貴協会の後援名義の使用</w:t>
            </w:r>
            <w:r w:rsidRPr="00B340B1">
              <w:rPr>
                <w:rFonts w:ascii="BIZ UDP明朝 Medium" w:eastAsia="BIZ UDP明朝 Medium" w:hAnsi="BIZ UDP明朝 Medium"/>
                <w:bCs/>
                <w:sz w:val="24"/>
                <w:szCs w:val="24"/>
                <w:lang w:eastAsia="ja-JP"/>
              </w:rPr>
              <w:br/>
              <w:t>□ 学習者の紹介</w:t>
            </w:r>
            <w:r w:rsidRPr="00B340B1">
              <w:rPr>
                <w:rFonts w:ascii="BIZ UDP明朝 Medium" w:eastAsia="BIZ UDP明朝 Medium" w:hAnsi="BIZ UDP明朝 Medium"/>
                <w:bCs/>
                <w:sz w:val="24"/>
                <w:szCs w:val="24"/>
                <w:lang w:eastAsia="ja-JP"/>
              </w:rPr>
              <w:br/>
              <w:t>□ 協会が管理するパーソナルコンピュータ及び複写機等の使用</w:t>
            </w:r>
          </w:p>
        </w:tc>
      </w:tr>
      <w:tr w:rsidR="00B340B1" w:rsidRPr="00B340B1" w14:paraId="7A0D263B" w14:textId="77777777" w:rsidTr="00B22E0A">
        <w:trPr>
          <w:trHeight w:val="77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1B662" w14:textId="77777777" w:rsidR="00B340B1" w:rsidRPr="00B340B1" w:rsidRDefault="00B340B1" w:rsidP="00B22E0A">
            <w:pPr>
              <w:rPr>
                <w:rFonts w:ascii="BIZ UDP明朝 Medium" w:eastAsia="BIZ UDP明朝 Medium" w:hAnsi="BIZ UDP明朝 Medium"/>
                <w:bCs/>
                <w:sz w:val="24"/>
                <w:szCs w:val="24"/>
                <w:lang w:eastAsia="ja-JP"/>
              </w:rPr>
            </w:pPr>
            <w:r w:rsidRPr="00B340B1">
              <w:rPr>
                <w:rFonts w:ascii="BIZ UDP明朝 Medium" w:eastAsia="BIZ UDP明朝 Medium" w:hAnsi="BIZ UDP明朝 Medium" w:hint="eastAsia"/>
                <w:bCs/>
                <w:sz w:val="24"/>
                <w:szCs w:val="24"/>
                <w:lang w:eastAsia="ja-JP"/>
              </w:rPr>
              <w:t>5</w:t>
            </w:r>
            <w:r w:rsidRPr="00B340B1">
              <w:rPr>
                <w:rFonts w:ascii="BIZ UDP明朝 Medium" w:eastAsia="BIZ UDP明朝 Medium" w:hAnsi="BIZ UDP明朝 Medium"/>
                <w:bCs/>
                <w:sz w:val="24"/>
                <w:szCs w:val="24"/>
                <w:lang w:eastAsia="ja-JP"/>
              </w:rPr>
              <w:t>助成金の交付希望申請額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E9815" w14:textId="4BB5FE32" w:rsidR="00B340B1" w:rsidRPr="00B340B1" w:rsidRDefault="00B340B1" w:rsidP="00B22E0A">
            <w:pPr>
              <w:rPr>
                <w:rFonts w:ascii="BIZ UDP明朝 Medium" w:eastAsia="BIZ UDP明朝 Medium" w:hAnsi="BIZ UDP明朝 Medium"/>
                <w:bCs/>
                <w:sz w:val="24"/>
                <w:szCs w:val="24"/>
                <w:lang w:eastAsia="ja-JP"/>
              </w:rPr>
            </w:pPr>
            <w:r w:rsidRPr="00B340B1">
              <w:rPr>
                <w:rFonts w:ascii="BIZ UDP明朝 Medium" w:eastAsia="BIZ UDP明朝 Medium" w:hAnsi="BIZ UDP明朝 Medium"/>
                <w:bCs/>
                <w:sz w:val="24"/>
                <w:szCs w:val="24"/>
                <w:lang w:eastAsia="ja-JP"/>
              </w:rPr>
              <w:t xml:space="preserve">　　　　　　</w:t>
            </w:r>
            <w:r>
              <w:rPr>
                <w:rFonts w:ascii="BIZ UDP明朝 Medium" w:eastAsia="BIZ UDP明朝 Medium" w:hAnsi="BIZ UDP明朝 Medium" w:hint="eastAsia"/>
                <w:bCs/>
                <w:sz w:val="24"/>
                <w:szCs w:val="24"/>
                <w:lang w:eastAsia="ja-JP"/>
              </w:rPr>
              <w:t xml:space="preserve">　　　　　　　</w:t>
            </w:r>
            <w:r w:rsidRPr="00B340B1">
              <w:rPr>
                <w:rFonts w:ascii="BIZ UDP明朝 Medium" w:eastAsia="BIZ UDP明朝 Medium" w:hAnsi="BIZ UDP明朝 Medium"/>
                <w:bCs/>
                <w:sz w:val="24"/>
                <w:szCs w:val="24"/>
                <w:lang w:eastAsia="ja-JP"/>
              </w:rPr>
              <w:t xml:space="preserve">　　</w:t>
            </w:r>
            <w:r w:rsidRPr="00B340B1">
              <w:rPr>
                <w:rFonts w:ascii="BIZ UDP明朝 Medium" w:eastAsia="BIZ UDP明朝 Medium" w:hAnsi="BIZ UDP明朝 Medium"/>
                <w:bCs/>
                <w:sz w:val="24"/>
                <w:szCs w:val="24"/>
              </w:rPr>
              <w:t>円</w:t>
            </w:r>
          </w:p>
        </w:tc>
      </w:tr>
    </w:tbl>
    <w:p w14:paraId="48752C51" w14:textId="77777777" w:rsidR="00B340B1" w:rsidRDefault="00B340B1" w:rsidP="00B340B1">
      <w:pPr>
        <w:rPr>
          <w:rFonts w:ascii="BIZ UDP明朝 Medium" w:eastAsia="BIZ UDP明朝 Medium" w:hAnsi="BIZ UDP明朝 Medium"/>
          <w:b/>
          <w:bCs/>
          <w:sz w:val="22"/>
          <w:lang w:eastAsia="ja-JP"/>
        </w:rPr>
      </w:pPr>
    </w:p>
    <w:p w14:paraId="1367F59E" w14:textId="1FE5A845" w:rsidR="00B340B1" w:rsidRPr="002749BB" w:rsidRDefault="00B340B1" w:rsidP="00B340B1">
      <w:pPr>
        <w:rPr>
          <w:rFonts w:ascii="BIZ UDP明朝 Medium" w:eastAsia="BIZ UDP明朝 Medium" w:hAnsi="BIZ UDP明朝 Medium"/>
          <w:sz w:val="24"/>
          <w:szCs w:val="24"/>
        </w:rPr>
      </w:pPr>
      <w:r w:rsidRPr="002749BB">
        <w:rPr>
          <w:rFonts w:ascii="BIZ UDP明朝 Medium" w:eastAsia="BIZ UDP明朝 Medium" w:hAnsi="BIZ UDP明朝 Medium" w:hint="eastAsia"/>
          <w:sz w:val="24"/>
          <w:szCs w:val="24"/>
          <w:lang w:eastAsia="ja-JP"/>
        </w:rPr>
        <w:t>６</w:t>
      </w:r>
      <w:r w:rsidRPr="002749BB">
        <w:rPr>
          <w:rFonts w:ascii="BIZ UDP明朝 Medium" w:eastAsia="BIZ UDP明朝 Medium" w:hAnsi="BIZ UDP明朝 Medium" w:hint="eastAsia"/>
          <w:sz w:val="24"/>
          <w:szCs w:val="24"/>
        </w:rPr>
        <w:t xml:space="preserve">　</w:t>
      </w:r>
      <w:proofErr w:type="spellStart"/>
      <w:r w:rsidRPr="002749BB">
        <w:rPr>
          <w:rFonts w:ascii="BIZ UDP明朝 Medium" w:eastAsia="BIZ UDP明朝 Medium" w:hAnsi="BIZ UDP明朝 Medium" w:hint="eastAsia"/>
          <w:sz w:val="24"/>
          <w:szCs w:val="24"/>
        </w:rPr>
        <w:t>添付書類</w:t>
      </w:r>
      <w:proofErr w:type="spellEnd"/>
    </w:p>
    <w:p w14:paraId="16466C97" w14:textId="422F5479" w:rsidR="00B340B1" w:rsidRPr="002749BB" w:rsidRDefault="00B340B1" w:rsidP="00B22E0A">
      <w:pPr>
        <w:pStyle w:val="ae"/>
        <w:widowControl w:val="0"/>
        <w:numPr>
          <w:ilvl w:val="2"/>
          <w:numId w:val="10"/>
        </w:numPr>
        <w:spacing w:after="0" w:line="360" w:lineRule="auto"/>
        <w:ind w:left="709" w:hanging="567"/>
        <w:jc w:val="both"/>
        <w:rPr>
          <w:rFonts w:ascii="BIZ UDP明朝 Medium" w:eastAsia="BIZ UDP明朝 Medium" w:hAnsi="BIZ UDP明朝 Medium"/>
          <w:sz w:val="24"/>
          <w:szCs w:val="24"/>
          <w:lang w:eastAsia="zh-CN"/>
        </w:rPr>
      </w:pPr>
      <w:r w:rsidRPr="002749BB">
        <w:rPr>
          <w:rFonts w:ascii="BIZ UDP明朝 Medium" w:eastAsia="BIZ UDP明朝 Medium" w:hAnsi="BIZ UDP明朝 Medium" w:hint="eastAsia"/>
          <w:sz w:val="24"/>
          <w:szCs w:val="24"/>
          <w:lang w:eastAsia="zh-CN"/>
        </w:rPr>
        <w:t xml:space="preserve">指導者名簿　</w:t>
      </w:r>
      <w:r w:rsidR="002869F5">
        <w:rPr>
          <w:rFonts w:ascii="BIZ UDP明朝 Medium" w:eastAsia="BIZ UDP明朝 Medium" w:hAnsi="BIZ UDP明朝 Medium" w:hint="eastAsia"/>
          <w:sz w:val="24"/>
          <w:szCs w:val="24"/>
          <w:lang w:eastAsia="zh-CN"/>
        </w:rPr>
        <w:t>（</w:t>
      </w:r>
      <w:r w:rsidR="002869F5" w:rsidRPr="002869F5">
        <w:rPr>
          <w:rFonts w:ascii="BIZ UDP明朝 Medium" w:eastAsia="BIZ UDP明朝 Medium" w:hAnsi="BIZ UDP明朝 Medium"/>
          <w:sz w:val="24"/>
          <w:szCs w:val="24"/>
          <w:lang w:eastAsia="zh-CN"/>
        </w:rPr>
        <w:t>別記第2号様式</w:t>
      </w:r>
      <w:r w:rsidR="002869F5">
        <w:rPr>
          <w:rFonts w:ascii="BIZ UDP明朝 Medium" w:eastAsia="BIZ UDP明朝 Medium" w:hAnsi="BIZ UDP明朝 Medium" w:hint="eastAsia"/>
          <w:sz w:val="24"/>
          <w:szCs w:val="24"/>
          <w:lang w:eastAsia="zh-CN"/>
        </w:rPr>
        <w:t>）</w:t>
      </w:r>
    </w:p>
    <w:p w14:paraId="26C0AD8E" w14:textId="4C7F6820" w:rsidR="00B340B1" w:rsidRPr="002749BB" w:rsidRDefault="00B340B1" w:rsidP="00B22E0A">
      <w:pPr>
        <w:pStyle w:val="ae"/>
        <w:widowControl w:val="0"/>
        <w:numPr>
          <w:ilvl w:val="2"/>
          <w:numId w:val="10"/>
        </w:numPr>
        <w:spacing w:after="0" w:line="360" w:lineRule="auto"/>
        <w:ind w:left="709" w:hanging="567"/>
        <w:jc w:val="both"/>
        <w:rPr>
          <w:rFonts w:ascii="BIZ UDP明朝 Medium" w:eastAsia="BIZ UDP明朝 Medium" w:hAnsi="BIZ UDP明朝 Medium"/>
          <w:sz w:val="24"/>
          <w:szCs w:val="24"/>
          <w:lang w:eastAsia="ja-JP"/>
        </w:rPr>
      </w:pPr>
      <w:r w:rsidRPr="002749BB">
        <w:rPr>
          <w:rFonts w:ascii="BIZ UDP明朝 Medium" w:eastAsia="BIZ UDP明朝 Medium" w:hAnsi="BIZ UDP明朝 Medium" w:hint="eastAsia"/>
          <w:sz w:val="24"/>
          <w:szCs w:val="24"/>
          <w:lang w:eastAsia="ja-JP"/>
        </w:rPr>
        <w:t xml:space="preserve">事業計画書　</w:t>
      </w:r>
      <w:r w:rsidR="002869F5">
        <w:rPr>
          <w:rFonts w:ascii="BIZ UDP明朝 Medium" w:eastAsia="BIZ UDP明朝 Medium" w:hAnsi="BIZ UDP明朝 Medium" w:hint="eastAsia"/>
          <w:sz w:val="24"/>
          <w:szCs w:val="24"/>
          <w:lang w:eastAsia="ja-JP"/>
        </w:rPr>
        <w:t>（</w:t>
      </w:r>
      <w:r w:rsidR="002869F5" w:rsidRPr="002869F5">
        <w:rPr>
          <w:rFonts w:ascii="BIZ UDP明朝 Medium" w:eastAsia="BIZ UDP明朝 Medium" w:hAnsi="BIZ UDP明朝 Medium"/>
          <w:sz w:val="24"/>
          <w:szCs w:val="24"/>
          <w:lang w:eastAsia="ja-JP"/>
        </w:rPr>
        <w:t>別記第3号様式</w:t>
      </w:r>
      <w:r w:rsidR="002869F5">
        <w:rPr>
          <w:rFonts w:ascii="BIZ UDP明朝 Medium" w:eastAsia="BIZ UDP明朝 Medium" w:hAnsi="BIZ UDP明朝 Medium" w:hint="eastAsia"/>
          <w:sz w:val="24"/>
          <w:szCs w:val="24"/>
          <w:lang w:eastAsia="ja-JP"/>
        </w:rPr>
        <w:t>）</w:t>
      </w:r>
      <w:r w:rsidRPr="002749BB">
        <w:rPr>
          <w:rFonts w:ascii="BIZ UDP明朝 Medium" w:eastAsia="BIZ UDP明朝 Medium" w:hAnsi="BIZ UDP明朝 Medium" w:hint="eastAsia"/>
          <w:sz w:val="24"/>
          <w:szCs w:val="24"/>
          <w:lang w:eastAsia="ja-JP"/>
        </w:rPr>
        <w:t xml:space="preserve">　※年度途中で変更の際は協会に事前連絡</w:t>
      </w:r>
    </w:p>
    <w:p w14:paraId="48CEEC1D" w14:textId="0989E548" w:rsidR="00B340B1" w:rsidRPr="002749BB" w:rsidRDefault="00B340B1" w:rsidP="00B22E0A">
      <w:pPr>
        <w:pStyle w:val="ae"/>
        <w:widowControl w:val="0"/>
        <w:numPr>
          <w:ilvl w:val="2"/>
          <w:numId w:val="10"/>
        </w:numPr>
        <w:spacing w:after="0" w:line="360" w:lineRule="auto"/>
        <w:ind w:left="709" w:hanging="567"/>
        <w:jc w:val="both"/>
        <w:rPr>
          <w:rFonts w:ascii="BIZ UDP明朝 Medium" w:eastAsia="BIZ UDP明朝 Medium" w:hAnsi="BIZ UDP明朝 Medium"/>
          <w:sz w:val="24"/>
          <w:szCs w:val="24"/>
          <w:lang w:eastAsia="zh-CN"/>
        </w:rPr>
      </w:pPr>
      <w:r w:rsidRPr="002749BB">
        <w:rPr>
          <w:rFonts w:ascii="BIZ UDP明朝 Medium" w:eastAsia="BIZ UDP明朝 Medium" w:hAnsi="BIZ UDP明朝 Medium" w:hint="eastAsia"/>
          <w:sz w:val="24"/>
          <w:szCs w:val="24"/>
          <w:lang w:eastAsia="zh-CN"/>
        </w:rPr>
        <w:t xml:space="preserve">収支予算書　</w:t>
      </w:r>
      <w:r w:rsidR="002869F5">
        <w:rPr>
          <w:rFonts w:ascii="BIZ UDP明朝 Medium" w:eastAsia="BIZ UDP明朝 Medium" w:hAnsi="BIZ UDP明朝 Medium" w:hint="eastAsia"/>
          <w:sz w:val="24"/>
          <w:szCs w:val="24"/>
          <w:lang w:eastAsia="zh-CN"/>
        </w:rPr>
        <w:t>（</w:t>
      </w:r>
      <w:r w:rsidR="002869F5" w:rsidRPr="002869F5">
        <w:rPr>
          <w:rFonts w:ascii="BIZ UDP明朝 Medium" w:eastAsia="BIZ UDP明朝 Medium" w:hAnsi="BIZ UDP明朝 Medium"/>
          <w:sz w:val="24"/>
          <w:szCs w:val="24"/>
          <w:lang w:eastAsia="zh-CN"/>
        </w:rPr>
        <w:t>第4号様式</w:t>
      </w:r>
      <w:r w:rsidR="002869F5">
        <w:rPr>
          <w:rFonts w:ascii="BIZ UDP明朝 Medium" w:eastAsia="BIZ UDP明朝 Medium" w:hAnsi="BIZ UDP明朝 Medium" w:hint="eastAsia"/>
          <w:sz w:val="24"/>
          <w:szCs w:val="24"/>
          <w:lang w:eastAsia="zh-CN"/>
        </w:rPr>
        <w:t>）</w:t>
      </w:r>
    </w:p>
    <w:p w14:paraId="499E68C0" w14:textId="77777777" w:rsidR="00A91EA7" w:rsidRDefault="00B340B1" w:rsidP="00B22E0A">
      <w:pPr>
        <w:pStyle w:val="ae"/>
        <w:widowControl w:val="0"/>
        <w:numPr>
          <w:ilvl w:val="2"/>
          <w:numId w:val="10"/>
        </w:numPr>
        <w:spacing w:after="0" w:line="360" w:lineRule="auto"/>
        <w:ind w:left="709" w:hanging="567"/>
        <w:jc w:val="both"/>
        <w:rPr>
          <w:rFonts w:ascii="BIZ UDP明朝 Medium" w:eastAsia="BIZ UDP明朝 Medium" w:hAnsi="BIZ UDP明朝 Medium"/>
          <w:sz w:val="24"/>
          <w:szCs w:val="24"/>
          <w:lang w:eastAsia="ja-JP"/>
        </w:rPr>
        <w:sectPr w:rsidR="00A91EA7" w:rsidSect="00B22E0A">
          <w:pgSz w:w="12240" w:h="15840"/>
          <w:pgMar w:top="709" w:right="1183" w:bottom="709" w:left="1418" w:header="720" w:footer="720" w:gutter="0"/>
          <w:cols w:space="720"/>
          <w:docGrid w:linePitch="360"/>
        </w:sectPr>
      </w:pPr>
      <w:r w:rsidRPr="002749BB">
        <w:rPr>
          <w:rFonts w:ascii="BIZ UDP明朝 Medium" w:eastAsia="BIZ UDP明朝 Medium" w:hAnsi="BIZ UDP明朝 Medium" w:hint="eastAsia"/>
          <w:sz w:val="24"/>
          <w:szCs w:val="24"/>
          <w:lang w:eastAsia="ja-JP"/>
        </w:rPr>
        <w:t>その他　（　　　　　　　　　　　　　　　　　　　　　）</w:t>
      </w:r>
    </w:p>
    <w:p w14:paraId="71289552" w14:textId="77777777" w:rsidR="00A91EA7" w:rsidRDefault="00A91EA7" w:rsidP="00BB4E1A">
      <w:pPr>
        <w:ind w:left="142"/>
        <w:rPr>
          <w:rFonts w:ascii="BIZ UDP明朝 Medium" w:eastAsia="BIZ UDP明朝 Medium" w:hAnsi="BIZ UDP明朝 Medium"/>
          <w:sz w:val="22"/>
          <w:lang w:eastAsia="zh-CN"/>
        </w:rPr>
      </w:pPr>
      <w:r w:rsidRPr="00BB4E1A">
        <w:rPr>
          <w:rFonts w:ascii="BIZ UDP明朝 Medium" w:eastAsia="BIZ UDP明朝 Medium" w:hAnsi="BIZ UDP明朝 Medium" w:hint="eastAsia"/>
          <w:sz w:val="22"/>
          <w:lang w:eastAsia="zh-CN"/>
        </w:rPr>
        <w:lastRenderedPageBreak/>
        <w:t>別記第２号様式（第７条関係）</w:t>
      </w:r>
    </w:p>
    <w:p w14:paraId="2A64AEA5" w14:textId="18413B24" w:rsidR="00A91EA7" w:rsidRPr="002465EB" w:rsidRDefault="00A91EA7" w:rsidP="00F53ED2">
      <w:pPr>
        <w:ind w:left="142" w:firstLineChars="966" w:firstLine="2125"/>
        <w:rPr>
          <w:rFonts w:ascii="BIZ UDP明朝 Medium" w:eastAsia="BIZ UDP明朝 Medium" w:hAnsi="BIZ UDP明朝 Medium"/>
          <w:sz w:val="32"/>
          <w:szCs w:val="32"/>
        </w:rPr>
      </w:pPr>
      <w:r w:rsidRPr="00BB4E1A">
        <w:rPr>
          <w:rFonts w:ascii="BIZ UDP明朝 Medium" w:eastAsia="BIZ UDP明朝 Medium" w:hAnsi="BIZ UDP明朝 Medium" w:hint="eastAsia"/>
          <w:sz w:val="22"/>
          <w:lang w:eastAsia="zh-CN"/>
        </w:rPr>
        <w:t xml:space="preserve">　</w:t>
      </w:r>
      <w:r w:rsidRPr="002465EB">
        <w:rPr>
          <w:rFonts w:ascii="BIZ UDP明朝 Medium" w:eastAsia="BIZ UDP明朝 Medium" w:hAnsi="BIZ UDP明朝 Medium" w:hint="eastAsia"/>
          <w:sz w:val="32"/>
          <w:szCs w:val="32"/>
        </w:rPr>
        <w:t>指 導 者 名 簿</w:t>
      </w:r>
      <w:r>
        <w:rPr>
          <w:rFonts w:ascii="BIZ UDP明朝 Medium" w:eastAsia="BIZ UDP明朝 Medium" w:hAnsi="BIZ UDP明朝 Medium" w:hint="eastAsia"/>
          <w:sz w:val="32"/>
          <w:szCs w:val="32"/>
        </w:rPr>
        <w:t xml:space="preserve">　　【</w:t>
      </w:r>
      <w:proofErr w:type="spellStart"/>
      <w:r w:rsidRPr="002465EB">
        <w:rPr>
          <w:rFonts w:ascii="BIZ UDP明朝 Medium" w:eastAsia="BIZ UDP明朝 Medium" w:hAnsi="BIZ UDP明朝 Medium"/>
          <w:sz w:val="24"/>
          <w:szCs w:val="24"/>
        </w:rPr>
        <w:t>教室名</w:t>
      </w:r>
      <w:proofErr w:type="spellEnd"/>
      <w:r w:rsidRPr="002465EB">
        <w:rPr>
          <w:rFonts w:ascii="BIZ UDP明朝 Medium" w:eastAsia="BIZ UDP明朝 Medium" w:hAnsi="BIZ UDP明朝 Medium"/>
          <w:sz w:val="32"/>
          <w:szCs w:val="32"/>
        </w:rPr>
        <w:t xml:space="preserve">　　　　　　　　　　　</w:t>
      </w:r>
      <w:r>
        <w:rPr>
          <w:rFonts w:ascii="BIZ UDP明朝 Medium" w:eastAsia="BIZ UDP明朝 Medium" w:hAnsi="BIZ UDP明朝 Medium" w:hint="eastAsia"/>
          <w:sz w:val="32"/>
          <w:szCs w:val="32"/>
        </w:rPr>
        <w:t xml:space="preserve">　　　】</w:t>
      </w:r>
    </w:p>
    <w:tbl>
      <w:tblPr>
        <w:tblStyle w:val="afe"/>
        <w:tblW w:w="10632" w:type="dxa"/>
        <w:tblInd w:w="-34" w:type="dxa"/>
        <w:tblLook w:val="04A0" w:firstRow="1" w:lastRow="0" w:firstColumn="1" w:lastColumn="0" w:noHBand="0" w:noVBand="1"/>
      </w:tblPr>
      <w:tblGrid>
        <w:gridCol w:w="505"/>
        <w:gridCol w:w="2472"/>
        <w:gridCol w:w="3150"/>
        <w:gridCol w:w="1953"/>
        <w:gridCol w:w="1134"/>
        <w:gridCol w:w="1418"/>
      </w:tblGrid>
      <w:tr w:rsidR="00A91EA7" w14:paraId="1BA08C1A" w14:textId="77777777" w:rsidTr="002465EB">
        <w:trPr>
          <w:trHeight w:val="838"/>
        </w:trPr>
        <w:tc>
          <w:tcPr>
            <w:tcW w:w="505" w:type="dxa"/>
          </w:tcPr>
          <w:p w14:paraId="738CBE04" w14:textId="77777777" w:rsidR="00A91EA7" w:rsidRDefault="00A91EA7" w:rsidP="009C4DC8">
            <w:pPr>
              <w:spacing w:before="240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№</w:t>
            </w:r>
          </w:p>
        </w:tc>
        <w:tc>
          <w:tcPr>
            <w:tcW w:w="2472" w:type="dxa"/>
          </w:tcPr>
          <w:p w14:paraId="796283A1" w14:textId="77777777" w:rsidR="00A91EA7" w:rsidRPr="00D23731" w:rsidRDefault="00A91EA7" w:rsidP="009C4DC8">
            <w:pPr>
              <w:spacing w:before="240"/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D23731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氏　　名</w:t>
            </w:r>
          </w:p>
        </w:tc>
        <w:tc>
          <w:tcPr>
            <w:tcW w:w="3150" w:type="dxa"/>
          </w:tcPr>
          <w:p w14:paraId="5360B225" w14:textId="77777777" w:rsidR="00A91EA7" w:rsidRPr="00D23731" w:rsidRDefault="00A91EA7" w:rsidP="009C4DC8">
            <w:pPr>
              <w:spacing w:before="240"/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D23731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住　　所</w:t>
            </w:r>
          </w:p>
        </w:tc>
        <w:tc>
          <w:tcPr>
            <w:tcW w:w="1953" w:type="dxa"/>
          </w:tcPr>
          <w:p w14:paraId="3F9F1C9E" w14:textId="77777777" w:rsidR="00A91EA7" w:rsidRPr="002465EB" w:rsidRDefault="00A91EA7" w:rsidP="00D23731">
            <w:pPr>
              <w:spacing w:before="240"/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2465EB">
              <w:rPr>
                <w:rFonts w:ascii="BIZ UDP明朝 Medium" w:eastAsia="BIZ UDP明朝 Medium" w:hAnsi="BIZ UDP明朝 Medium" w:hint="eastAsia"/>
                <w:sz w:val="24"/>
                <w:szCs w:val="24"/>
              </w:rPr>
              <w:t>電話番号</w:t>
            </w:r>
          </w:p>
        </w:tc>
        <w:tc>
          <w:tcPr>
            <w:tcW w:w="1134" w:type="dxa"/>
          </w:tcPr>
          <w:p w14:paraId="5619B7CF" w14:textId="77777777" w:rsidR="00A91EA7" w:rsidRPr="009C4DC8" w:rsidRDefault="00A91EA7" w:rsidP="009C4DC8">
            <w:pPr>
              <w:spacing w:before="240"/>
              <w:jc w:val="center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9C4DC8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養成講座受講年度</w:t>
            </w:r>
          </w:p>
        </w:tc>
        <w:tc>
          <w:tcPr>
            <w:tcW w:w="1418" w:type="dxa"/>
          </w:tcPr>
          <w:p w14:paraId="33AD54F2" w14:textId="77777777" w:rsidR="00A91EA7" w:rsidRPr="00D23731" w:rsidRDefault="00A91EA7" w:rsidP="009C4DC8">
            <w:pPr>
              <w:spacing w:before="240"/>
              <w:jc w:val="center"/>
              <w:rPr>
                <w:rFonts w:ascii="BIZ UDP明朝 Medium" w:eastAsia="BIZ UDP明朝 Medium" w:hAnsi="BIZ UDP明朝 Medium"/>
                <w:sz w:val="18"/>
                <w:szCs w:val="18"/>
                <w:lang w:eastAsia="ja-JP"/>
              </w:rPr>
            </w:pPr>
            <w:r w:rsidRPr="00D23731">
              <w:rPr>
                <w:rFonts w:ascii="BIZ UDP明朝 Medium" w:eastAsia="BIZ UDP明朝 Medium" w:hAnsi="BIZ UDP明朝 Medium" w:hint="eastAsia"/>
                <w:sz w:val="18"/>
                <w:szCs w:val="18"/>
                <w:lang w:eastAsia="ja-JP"/>
              </w:rPr>
              <w:t>※ボランティア登録番号</w:t>
            </w:r>
          </w:p>
        </w:tc>
      </w:tr>
      <w:tr w:rsidR="00A91EA7" w14:paraId="3CD5CA76" w14:textId="77777777" w:rsidTr="002465EB">
        <w:trPr>
          <w:trHeight w:val="684"/>
        </w:trPr>
        <w:tc>
          <w:tcPr>
            <w:tcW w:w="505" w:type="dxa"/>
          </w:tcPr>
          <w:p w14:paraId="792B8028" w14:textId="77777777" w:rsidR="00A91EA7" w:rsidRDefault="00A91EA7" w:rsidP="00D23731">
            <w:pPr>
              <w:spacing w:before="240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1</w:t>
            </w:r>
          </w:p>
        </w:tc>
        <w:tc>
          <w:tcPr>
            <w:tcW w:w="2472" w:type="dxa"/>
          </w:tcPr>
          <w:p w14:paraId="14E08003" w14:textId="77777777" w:rsidR="00A91EA7" w:rsidRPr="002465EB" w:rsidRDefault="00A91EA7" w:rsidP="00D23731">
            <w:pPr>
              <w:spacing w:after="240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2465EB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代表者</w:t>
            </w:r>
          </w:p>
        </w:tc>
        <w:tc>
          <w:tcPr>
            <w:tcW w:w="3150" w:type="dxa"/>
          </w:tcPr>
          <w:p w14:paraId="039BA1C6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953" w:type="dxa"/>
          </w:tcPr>
          <w:p w14:paraId="0499E2A1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134" w:type="dxa"/>
          </w:tcPr>
          <w:p w14:paraId="1E97E8B9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418" w:type="dxa"/>
          </w:tcPr>
          <w:p w14:paraId="44C7B775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A91EA7" w14:paraId="3DFC1C5F" w14:textId="77777777" w:rsidTr="002465EB">
        <w:trPr>
          <w:trHeight w:val="703"/>
        </w:trPr>
        <w:tc>
          <w:tcPr>
            <w:tcW w:w="505" w:type="dxa"/>
          </w:tcPr>
          <w:p w14:paraId="70C4EB3A" w14:textId="77777777" w:rsidR="00A91EA7" w:rsidRDefault="00A91EA7" w:rsidP="00D23731">
            <w:pPr>
              <w:spacing w:before="240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2</w:t>
            </w:r>
          </w:p>
        </w:tc>
        <w:tc>
          <w:tcPr>
            <w:tcW w:w="2472" w:type="dxa"/>
          </w:tcPr>
          <w:p w14:paraId="4D811285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3150" w:type="dxa"/>
          </w:tcPr>
          <w:p w14:paraId="6BB05B4B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953" w:type="dxa"/>
          </w:tcPr>
          <w:p w14:paraId="67AB4A6C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134" w:type="dxa"/>
          </w:tcPr>
          <w:p w14:paraId="31530CF1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418" w:type="dxa"/>
          </w:tcPr>
          <w:p w14:paraId="5A244F1E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A91EA7" w14:paraId="72546BD6" w14:textId="77777777" w:rsidTr="002465EB">
        <w:trPr>
          <w:trHeight w:val="713"/>
        </w:trPr>
        <w:tc>
          <w:tcPr>
            <w:tcW w:w="505" w:type="dxa"/>
          </w:tcPr>
          <w:p w14:paraId="0BD946A0" w14:textId="77777777" w:rsidR="00A91EA7" w:rsidRDefault="00A91EA7" w:rsidP="00D23731">
            <w:pPr>
              <w:spacing w:before="240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3</w:t>
            </w:r>
          </w:p>
        </w:tc>
        <w:tc>
          <w:tcPr>
            <w:tcW w:w="2472" w:type="dxa"/>
          </w:tcPr>
          <w:p w14:paraId="297720FF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3150" w:type="dxa"/>
          </w:tcPr>
          <w:p w14:paraId="5A39AB4E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953" w:type="dxa"/>
          </w:tcPr>
          <w:p w14:paraId="716DB2EA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134" w:type="dxa"/>
          </w:tcPr>
          <w:p w14:paraId="1875A436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418" w:type="dxa"/>
          </w:tcPr>
          <w:p w14:paraId="74295FFD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A91EA7" w14:paraId="2CD4C533" w14:textId="77777777" w:rsidTr="002465EB">
        <w:trPr>
          <w:trHeight w:val="695"/>
        </w:trPr>
        <w:tc>
          <w:tcPr>
            <w:tcW w:w="505" w:type="dxa"/>
          </w:tcPr>
          <w:p w14:paraId="2BB9E58F" w14:textId="77777777" w:rsidR="00A91EA7" w:rsidRDefault="00A91EA7" w:rsidP="00D23731">
            <w:pPr>
              <w:spacing w:before="240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4</w:t>
            </w:r>
          </w:p>
        </w:tc>
        <w:tc>
          <w:tcPr>
            <w:tcW w:w="2472" w:type="dxa"/>
          </w:tcPr>
          <w:p w14:paraId="15A85952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3150" w:type="dxa"/>
          </w:tcPr>
          <w:p w14:paraId="7677655E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953" w:type="dxa"/>
          </w:tcPr>
          <w:p w14:paraId="5D78CB65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134" w:type="dxa"/>
          </w:tcPr>
          <w:p w14:paraId="7E1FD274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418" w:type="dxa"/>
          </w:tcPr>
          <w:p w14:paraId="25D9BA82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A91EA7" w14:paraId="7B28E6EC" w14:textId="77777777" w:rsidTr="002465EB">
        <w:trPr>
          <w:trHeight w:val="705"/>
        </w:trPr>
        <w:tc>
          <w:tcPr>
            <w:tcW w:w="505" w:type="dxa"/>
          </w:tcPr>
          <w:p w14:paraId="799E034D" w14:textId="77777777" w:rsidR="00A91EA7" w:rsidRDefault="00A91EA7" w:rsidP="00D23731">
            <w:pPr>
              <w:spacing w:before="240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5</w:t>
            </w:r>
          </w:p>
        </w:tc>
        <w:tc>
          <w:tcPr>
            <w:tcW w:w="2472" w:type="dxa"/>
          </w:tcPr>
          <w:p w14:paraId="3DF18FA4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3150" w:type="dxa"/>
          </w:tcPr>
          <w:p w14:paraId="77206B5B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953" w:type="dxa"/>
          </w:tcPr>
          <w:p w14:paraId="31C367AA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134" w:type="dxa"/>
          </w:tcPr>
          <w:p w14:paraId="306CA3EC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418" w:type="dxa"/>
          </w:tcPr>
          <w:p w14:paraId="52D9734B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A91EA7" w14:paraId="41ADBB82" w14:textId="77777777" w:rsidTr="002465EB">
        <w:trPr>
          <w:trHeight w:val="703"/>
        </w:trPr>
        <w:tc>
          <w:tcPr>
            <w:tcW w:w="505" w:type="dxa"/>
          </w:tcPr>
          <w:p w14:paraId="6B2FF467" w14:textId="77777777" w:rsidR="00A91EA7" w:rsidRDefault="00A91EA7" w:rsidP="00D23731">
            <w:pPr>
              <w:spacing w:before="240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6</w:t>
            </w:r>
          </w:p>
        </w:tc>
        <w:tc>
          <w:tcPr>
            <w:tcW w:w="2472" w:type="dxa"/>
          </w:tcPr>
          <w:p w14:paraId="29BFF93F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3150" w:type="dxa"/>
          </w:tcPr>
          <w:p w14:paraId="44C9BA08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953" w:type="dxa"/>
          </w:tcPr>
          <w:p w14:paraId="09F29E13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134" w:type="dxa"/>
          </w:tcPr>
          <w:p w14:paraId="3BA6F839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418" w:type="dxa"/>
          </w:tcPr>
          <w:p w14:paraId="0F8D7AD3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A91EA7" w14:paraId="276F931F" w14:textId="77777777" w:rsidTr="002465EB">
        <w:trPr>
          <w:trHeight w:val="713"/>
        </w:trPr>
        <w:tc>
          <w:tcPr>
            <w:tcW w:w="505" w:type="dxa"/>
          </w:tcPr>
          <w:p w14:paraId="40FF2F50" w14:textId="77777777" w:rsidR="00A91EA7" w:rsidRDefault="00A91EA7" w:rsidP="00D23731">
            <w:pPr>
              <w:spacing w:before="240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7</w:t>
            </w:r>
          </w:p>
        </w:tc>
        <w:tc>
          <w:tcPr>
            <w:tcW w:w="2472" w:type="dxa"/>
          </w:tcPr>
          <w:p w14:paraId="18C6D5AC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3150" w:type="dxa"/>
          </w:tcPr>
          <w:p w14:paraId="1EFFF783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953" w:type="dxa"/>
          </w:tcPr>
          <w:p w14:paraId="5CC70FC4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134" w:type="dxa"/>
          </w:tcPr>
          <w:p w14:paraId="5BB4AE5D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418" w:type="dxa"/>
          </w:tcPr>
          <w:p w14:paraId="3D920FA9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A91EA7" w14:paraId="5CA5032C" w14:textId="77777777" w:rsidTr="002465EB">
        <w:trPr>
          <w:trHeight w:val="695"/>
        </w:trPr>
        <w:tc>
          <w:tcPr>
            <w:tcW w:w="505" w:type="dxa"/>
          </w:tcPr>
          <w:p w14:paraId="7E6BE619" w14:textId="77777777" w:rsidR="00A91EA7" w:rsidRDefault="00A91EA7" w:rsidP="00D23731">
            <w:pPr>
              <w:spacing w:before="240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8</w:t>
            </w:r>
          </w:p>
        </w:tc>
        <w:tc>
          <w:tcPr>
            <w:tcW w:w="2472" w:type="dxa"/>
          </w:tcPr>
          <w:p w14:paraId="0C67451F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3150" w:type="dxa"/>
          </w:tcPr>
          <w:p w14:paraId="70D3696F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953" w:type="dxa"/>
          </w:tcPr>
          <w:p w14:paraId="7980C9D9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134" w:type="dxa"/>
          </w:tcPr>
          <w:p w14:paraId="5CCC73DB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418" w:type="dxa"/>
          </w:tcPr>
          <w:p w14:paraId="2A85734C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A91EA7" w14:paraId="084E8C27" w14:textId="77777777" w:rsidTr="002465EB">
        <w:trPr>
          <w:trHeight w:val="705"/>
        </w:trPr>
        <w:tc>
          <w:tcPr>
            <w:tcW w:w="505" w:type="dxa"/>
          </w:tcPr>
          <w:p w14:paraId="4177A3A6" w14:textId="77777777" w:rsidR="00A91EA7" w:rsidRDefault="00A91EA7" w:rsidP="00D23731">
            <w:pPr>
              <w:spacing w:before="240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9</w:t>
            </w:r>
          </w:p>
        </w:tc>
        <w:tc>
          <w:tcPr>
            <w:tcW w:w="2472" w:type="dxa"/>
          </w:tcPr>
          <w:p w14:paraId="25CDEA07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3150" w:type="dxa"/>
          </w:tcPr>
          <w:p w14:paraId="6797D666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953" w:type="dxa"/>
          </w:tcPr>
          <w:p w14:paraId="4708E850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134" w:type="dxa"/>
          </w:tcPr>
          <w:p w14:paraId="3BC51610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418" w:type="dxa"/>
          </w:tcPr>
          <w:p w14:paraId="12EC24DA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A91EA7" w14:paraId="50945372" w14:textId="77777777" w:rsidTr="002465EB">
        <w:trPr>
          <w:trHeight w:val="703"/>
        </w:trPr>
        <w:tc>
          <w:tcPr>
            <w:tcW w:w="505" w:type="dxa"/>
          </w:tcPr>
          <w:p w14:paraId="4863562F" w14:textId="77777777" w:rsidR="00A91EA7" w:rsidRDefault="00A91EA7" w:rsidP="00D23731">
            <w:pPr>
              <w:spacing w:before="240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10</w:t>
            </w:r>
          </w:p>
        </w:tc>
        <w:tc>
          <w:tcPr>
            <w:tcW w:w="2472" w:type="dxa"/>
          </w:tcPr>
          <w:p w14:paraId="25EE34C0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3150" w:type="dxa"/>
          </w:tcPr>
          <w:p w14:paraId="3E6A5DE7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953" w:type="dxa"/>
          </w:tcPr>
          <w:p w14:paraId="11A12A95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134" w:type="dxa"/>
          </w:tcPr>
          <w:p w14:paraId="6EEB4A6D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418" w:type="dxa"/>
          </w:tcPr>
          <w:p w14:paraId="53932F8F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A91EA7" w14:paraId="411FC383" w14:textId="77777777" w:rsidTr="002465EB">
        <w:trPr>
          <w:trHeight w:val="713"/>
        </w:trPr>
        <w:tc>
          <w:tcPr>
            <w:tcW w:w="505" w:type="dxa"/>
          </w:tcPr>
          <w:p w14:paraId="655215BA" w14:textId="77777777" w:rsidR="00A91EA7" w:rsidRDefault="00A91EA7" w:rsidP="00D23731">
            <w:pPr>
              <w:spacing w:before="240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11</w:t>
            </w:r>
          </w:p>
        </w:tc>
        <w:tc>
          <w:tcPr>
            <w:tcW w:w="2472" w:type="dxa"/>
          </w:tcPr>
          <w:p w14:paraId="19186E31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3150" w:type="dxa"/>
          </w:tcPr>
          <w:p w14:paraId="59481DAC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953" w:type="dxa"/>
          </w:tcPr>
          <w:p w14:paraId="3EA74173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134" w:type="dxa"/>
          </w:tcPr>
          <w:p w14:paraId="3186BD2F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418" w:type="dxa"/>
          </w:tcPr>
          <w:p w14:paraId="191476D7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A91EA7" w14:paraId="684DDACD" w14:textId="77777777" w:rsidTr="002465EB">
        <w:trPr>
          <w:trHeight w:val="695"/>
        </w:trPr>
        <w:tc>
          <w:tcPr>
            <w:tcW w:w="505" w:type="dxa"/>
          </w:tcPr>
          <w:p w14:paraId="7A9C5546" w14:textId="77777777" w:rsidR="00A91EA7" w:rsidRDefault="00A91EA7" w:rsidP="00D23731">
            <w:pPr>
              <w:spacing w:before="240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12</w:t>
            </w:r>
          </w:p>
        </w:tc>
        <w:tc>
          <w:tcPr>
            <w:tcW w:w="2472" w:type="dxa"/>
          </w:tcPr>
          <w:p w14:paraId="5A8052B8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3150" w:type="dxa"/>
          </w:tcPr>
          <w:p w14:paraId="07F23317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953" w:type="dxa"/>
          </w:tcPr>
          <w:p w14:paraId="719EAF73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134" w:type="dxa"/>
          </w:tcPr>
          <w:p w14:paraId="6FBDD486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418" w:type="dxa"/>
          </w:tcPr>
          <w:p w14:paraId="608EFB5C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A91EA7" w14:paraId="3C48BB8B" w14:textId="77777777" w:rsidTr="002465EB">
        <w:trPr>
          <w:trHeight w:val="705"/>
        </w:trPr>
        <w:tc>
          <w:tcPr>
            <w:tcW w:w="505" w:type="dxa"/>
          </w:tcPr>
          <w:p w14:paraId="0DCFD746" w14:textId="77777777" w:rsidR="00A91EA7" w:rsidRDefault="00A91EA7" w:rsidP="00D23731">
            <w:pPr>
              <w:spacing w:before="240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13</w:t>
            </w:r>
          </w:p>
        </w:tc>
        <w:tc>
          <w:tcPr>
            <w:tcW w:w="2472" w:type="dxa"/>
          </w:tcPr>
          <w:p w14:paraId="79824203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3150" w:type="dxa"/>
          </w:tcPr>
          <w:p w14:paraId="152B6607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953" w:type="dxa"/>
          </w:tcPr>
          <w:p w14:paraId="3CF5D49D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134" w:type="dxa"/>
          </w:tcPr>
          <w:p w14:paraId="3DEA5C1C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418" w:type="dxa"/>
          </w:tcPr>
          <w:p w14:paraId="62DC662D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A91EA7" w14:paraId="12EE72A2" w14:textId="77777777" w:rsidTr="002465EB">
        <w:trPr>
          <w:trHeight w:val="703"/>
        </w:trPr>
        <w:tc>
          <w:tcPr>
            <w:tcW w:w="505" w:type="dxa"/>
          </w:tcPr>
          <w:p w14:paraId="4D4F8C40" w14:textId="77777777" w:rsidR="00A91EA7" w:rsidRDefault="00A91EA7" w:rsidP="00D23731">
            <w:pPr>
              <w:spacing w:before="240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14</w:t>
            </w:r>
          </w:p>
        </w:tc>
        <w:tc>
          <w:tcPr>
            <w:tcW w:w="2472" w:type="dxa"/>
          </w:tcPr>
          <w:p w14:paraId="7FC45B66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3150" w:type="dxa"/>
          </w:tcPr>
          <w:p w14:paraId="2AF34454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953" w:type="dxa"/>
          </w:tcPr>
          <w:p w14:paraId="51911020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134" w:type="dxa"/>
          </w:tcPr>
          <w:p w14:paraId="45246BA6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418" w:type="dxa"/>
          </w:tcPr>
          <w:p w14:paraId="214298D9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A91EA7" w14:paraId="64DFC572" w14:textId="77777777" w:rsidTr="002465EB">
        <w:trPr>
          <w:trHeight w:val="713"/>
        </w:trPr>
        <w:tc>
          <w:tcPr>
            <w:tcW w:w="505" w:type="dxa"/>
          </w:tcPr>
          <w:p w14:paraId="60B0745C" w14:textId="77777777" w:rsidR="00A91EA7" w:rsidRDefault="00A91EA7" w:rsidP="00D23731">
            <w:pPr>
              <w:spacing w:before="240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15</w:t>
            </w:r>
          </w:p>
        </w:tc>
        <w:tc>
          <w:tcPr>
            <w:tcW w:w="2472" w:type="dxa"/>
          </w:tcPr>
          <w:p w14:paraId="6C6CE082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3150" w:type="dxa"/>
          </w:tcPr>
          <w:p w14:paraId="27EDDB6E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953" w:type="dxa"/>
          </w:tcPr>
          <w:p w14:paraId="6B07DCB5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134" w:type="dxa"/>
          </w:tcPr>
          <w:p w14:paraId="27AAEC1D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418" w:type="dxa"/>
          </w:tcPr>
          <w:p w14:paraId="6330DECA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A91EA7" w14:paraId="4CD6F8DA" w14:textId="77777777" w:rsidTr="002465EB">
        <w:trPr>
          <w:trHeight w:val="695"/>
        </w:trPr>
        <w:tc>
          <w:tcPr>
            <w:tcW w:w="505" w:type="dxa"/>
          </w:tcPr>
          <w:p w14:paraId="77A68CFD" w14:textId="77777777" w:rsidR="00A91EA7" w:rsidRDefault="00A91EA7" w:rsidP="00D23731">
            <w:pPr>
              <w:spacing w:before="240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16</w:t>
            </w:r>
          </w:p>
        </w:tc>
        <w:tc>
          <w:tcPr>
            <w:tcW w:w="2472" w:type="dxa"/>
          </w:tcPr>
          <w:p w14:paraId="4B7BB94D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3150" w:type="dxa"/>
          </w:tcPr>
          <w:p w14:paraId="64808E52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953" w:type="dxa"/>
          </w:tcPr>
          <w:p w14:paraId="32E0C757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134" w:type="dxa"/>
          </w:tcPr>
          <w:p w14:paraId="744C2F7E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418" w:type="dxa"/>
          </w:tcPr>
          <w:p w14:paraId="29C6DB47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A91EA7" w14:paraId="65F0B85D" w14:textId="77777777" w:rsidTr="002465EB">
        <w:trPr>
          <w:trHeight w:val="695"/>
        </w:trPr>
        <w:tc>
          <w:tcPr>
            <w:tcW w:w="505" w:type="dxa"/>
          </w:tcPr>
          <w:p w14:paraId="6E1596AA" w14:textId="77777777" w:rsidR="00A91EA7" w:rsidRDefault="00A91EA7" w:rsidP="00D23731">
            <w:pPr>
              <w:spacing w:before="240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17</w:t>
            </w:r>
          </w:p>
        </w:tc>
        <w:tc>
          <w:tcPr>
            <w:tcW w:w="2472" w:type="dxa"/>
          </w:tcPr>
          <w:p w14:paraId="4D41DEEF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3150" w:type="dxa"/>
          </w:tcPr>
          <w:p w14:paraId="7312554E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953" w:type="dxa"/>
          </w:tcPr>
          <w:p w14:paraId="215F936A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134" w:type="dxa"/>
          </w:tcPr>
          <w:p w14:paraId="6AA70992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418" w:type="dxa"/>
          </w:tcPr>
          <w:p w14:paraId="25270B7E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A91EA7" w14:paraId="2E884C00" w14:textId="77777777" w:rsidTr="002465EB">
        <w:trPr>
          <w:trHeight w:val="705"/>
        </w:trPr>
        <w:tc>
          <w:tcPr>
            <w:tcW w:w="505" w:type="dxa"/>
          </w:tcPr>
          <w:p w14:paraId="5EDDAE96" w14:textId="77777777" w:rsidR="00A91EA7" w:rsidRDefault="00A91EA7" w:rsidP="00D23731">
            <w:pPr>
              <w:spacing w:before="240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18</w:t>
            </w:r>
          </w:p>
        </w:tc>
        <w:tc>
          <w:tcPr>
            <w:tcW w:w="2472" w:type="dxa"/>
          </w:tcPr>
          <w:p w14:paraId="797F926C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3150" w:type="dxa"/>
          </w:tcPr>
          <w:p w14:paraId="2E212296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953" w:type="dxa"/>
          </w:tcPr>
          <w:p w14:paraId="483896F4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134" w:type="dxa"/>
          </w:tcPr>
          <w:p w14:paraId="3E03ECE7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  <w:tc>
          <w:tcPr>
            <w:tcW w:w="1418" w:type="dxa"/>
          </w:tcPr>
          <w:p w14:paraId="37A420BA" w14:textId="77777777" w:rsidR="00A91EA7" w:rsidRDefault="00A91EA7" w:rsidP="00D23731">
            <w:pPr>
              <w:spacing w:before="240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</w:tbl>
    <w:p w14:paraId="7CA6876A" w14:textId="77777777" w:rsidR="00A91EA7" w:rsidRDefault="00A91EA7" w:rsidP="00FC0755">
      <w:pPr>
        <w:rPr>
          <w:rFonts w:ascii="BIZ UDP明朝 Medium" w:eastAsia="BIZ UDP明朝 Medium" w:hAnsi="BIZ UDP明朝 Medium"/>
          <w:sz w:val="22"/>
          <w:lang w:eastAsia="ja-JP"/>
        </w:rPr>
        <w:sectPr w:rsidR="00A91EA7" w:rsidSect="00A91EA7">
          <w:pgSz w:w="12240" w:h="15840"/>
          <w:pgMar w:top="426" w:right="1183" w:bottom="0" w:left="851" w:header="720" w:footer="720" w:gutter="0"/>
          <w:cols w:space="720"/>
          <w:docGrid w:linePitch="360"/>
        </w:sectPr>
      </w:pPr>
      <w:r>
        <w:rPr>
          <w:rFonts w:ascii="BIZ UDP明朝 Medium" w:eastAsia="BIZ UDP明朝 Medium" w:hAnsi="BIZ UDP明朝 Medium" w:hint="eastAsia"/>
          <w:sz w:val="22"/>
          <w:lang w:eastAsia="ja-JP"/>
        </w:rPr>
        <w:t>※「ボランティア登録番号」欄は何も記入しないでください。</w:t>
      </w:r>
    </w:p>
    <w:p w14:paraId="449503D7" w14:textId="77777777" w:rsidR="00A91EA7" w:rsidRPr="00910912" w:rsidRDefault="00A91EA7" w:rsidP="00F53ED2">
      <w:pPr>
        <w:ind w:leftChars="-338" w:left="-9" w:hangingChars="334" w:hanging="701"/>
        <w:rPr>
          <w:rFonts w:ascii="BIZ UDP明朝 Medium" w:eastAsia="BIZ UDP明朝 Medium" w:hAnsi="BIZ UDP明朝 Medium"/>
          <w:bCs/>
          <w:lang w:eastAsia="zh-CN"/>
        </w:rPr>
      </w:pPr>
      <w:r w:rsidRPr="00910912">
        <w:rPr>
          <w:rFonts w:ascii="BIZ UDP明朝 Medium" w:eastAsia="BIZ UDP明朝 Medium" w:hAnsi="BIZ UDP明朝 Medium"/>
          <w:bCs/>
          <w:lang w:eastAsia="zh-CN"/>
        </w:rPr>
        <w:lastRenderedPageBreak/>
        <w:t>別記第３号様式（第７条関係）</w:t>
      </w:r>
      <w:r w:rsidRPr="00910912">
        <w:rPr>
          <w:rFonts w:ascii="BIZ UDP明朝 Medium" w:eastAsia="BIZ UDP明朝 Medium" w:hAnsi="BIZ UDP明朝 Medium"/>
          <w:bCs/>
          <w:lang w:eastAsia="zh-CN"/>
        </w:rPr>
        <w:br/>
      </w:r>
    </w:p>
    <w:p w14:paraId="23C11B03" w14:textId="77777777" w:rsidR="00A91EA7" w:rsidRPr="00910912" w:rsidRDefault="00A91EA7" w:rsidP="008E6BCE">
      <w:pPr>
        <w:ind w:firstLineChars="1063" w:firstLine="3403"/>
        <w:rPr>
          <w:rFonts w:ascii="BIZ UDP明朝 Medium" w:eastAsia="BIZ UDP明朝 Medium" w:hAnsi="BIZ UDP明朝 Medium"/>
          <w:sz w:val="32"/>
          <w:szCs w:val="32"/>
          <w:lang w:eastAsia="zh-CN"/>
        </w:rPr>
      </w:pPr>
      <w:r w:rsidRPr="00910912">
        <w:rPr>
          <w:rFonts w:ascii="BIZ UDP明朝 Medium" w:eastAsia="BIZ UDP明朝 Medium" w:hAnsi="BIZ UDP明朝 Medium"/>
          <w:b/>
          <w:sz w:val="32"/>
          <w:szCs w:val="32"/>
          <w:lang w:eastAsia="zh-CN"/>
        </w:rPr>
        <w:t>年度 事業計画書</w:t>
      </w:r>
    </w:p>
    <w:tbl>
      <w:tblPr>
        <w:tblStyle w:val="afe"/>
        <w:tblW w:w="10490" w:type="dxa"/>
        <w:jc w:val="center"/>
        <w:tblLook w:val="04A0" w:firstRow="1" w:lastRow="0" w:firstColumn="1" w:lastColumn="0" w:noHBand="0" w:noVBand="1"/>
      </w:tblPr>
      <w:tblGrid>
        <w:gridCol w:w="1843"/>
        <w:gridCol w:w="4248"/>
        <w:gridCol w:w="4399"/>
      </w:tblGrid>
      <w:tr w:rsidR="00A91EA7" w:rsidRPr="00910912" w14:paraId="7D6FF871" w14:textId="77777777" w:rsidTr="00876480">
        <w:trPr>
          <w:trHeight w:val="762"/>
          <w:jc w:val="center"/>
        </w:trPr>
        <w:tc>
          <w:tcPr>
            <w:tcW w:w="60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5F5A4" w14:textId="77777777" w:rsidR="00A91EA7" w:rsidRPr="00910912" w:rsidRDefault="00A91EA7" w:rsidP="009C0795">
            <w:pPr>
              <w:ind w:left="840" w:hangingChars="400" w:hanging="840"/>
              <w:rPr>
                <w:rFonts w:ascii="BIZ UDP明朝 Medium" w:eastAsia="BIZ UDP明朝 Medium" w:hAnsi="BIZ UDP明朝 Medium"/>
                <w:b/>
                <w:sz w:val="18"/>
                <w:szCs w:val="18"/>
                <w:lang w:eastAsia="ja-JP"/>
              </w:rPr>
            </w:pPr>
            <w:r w:rsidRPr="00910912">
              <w:rPr>
                <w:rFonts w:ascii="BIZ UDP明朝 Medium" w:eastAsia="BIZ UDP明朝 Medium" w:hAnsi="BIZ UDP明朝 Medium"/>
                <w:b/>
                <w:lang w:eastAsia="ja-JP"/>
              </w:rPr>
              <w:t xml:space="preserve">1 </w:t>
            </w:r>
            <w:r w:rsidRPr="008E6BCE">
              <w:rPr>
                <w:rFonts w:ascii="BIZ UDP明朝 Medium" w:eastAsia="BIZ UDP明朝 Medium" w:hAnsi="BIZ UDP明朝 Medium"/>
                <w:b/>
                <w:sz w:val="24"/>
                <w:szCs w:val="24"/>
                <w:lang w:eastAsia="ja-JP"/>
              </w:rPr>
              <w:t>教室名</w:t>
            </w:r>
            <w:r w:rsidRPr="008E6BCE">
              <w:rPr>
                <w:rFonts w:ascii="BIZ UDP明朝 Medium" w:eastAsia="BIZ UDP明朝 Medium" w:hAnsi="BIZ UDP明朝 Medium" w:hint="eastAsia"/>
                <w:b/>
                <w:sz w:val="24"/>
                <w:szCs w:val="24"/>
                <w:lang w:eastAsia="ja-JP"/>
              </w:rPr>
              <w:t>:</w:t>
            </w:r>
            <w:r w:rsidRPr="00910912">
              <w:rPr>
                <w:rFonts w:ascii="BIZ UDP明朝 Medium" w:eastAsia="BIZ UDP明朝 Medium" w:hAnsi="BIZ UDP明朝 Medium" w:hint="eastAsia"/>
                <w:b/>
                <w:lang w:eastAsia="ja-JP"/>
              </w:rPr>
              <w:t xml:space="preserve"> </w:t>
            </w:r>
            <w:r w:rsidRPr="00910912">
              <w:rPr>
                <w:rFonts w:ascii="BIZ UDP明朝 Medium" w:eastAsia="BIZ UDP明朝 Medium" w:hAnsi="BIZ UDP明朝 Medium"/>
                <w:b/>
                <w:sz w:val="18"/>
                <w:szCs w:val="18"/>
                <w:lang w:eastAsia="ja-JP"/>
              </w:rPr>
              <w:t>ふりがな</w:t>
            </w:r>
          </w:p>
          <w:p w14:paraId="2B1D6D38" w14:textId="77777777" w:rsidR="00A91EA7" w:rsidRPr="00910912" w:rsidRDefault="00A91EA7" w:rsidP="009C0795">
            <w:pPr>
              <w:ind w:leftChars="100" w:left="750" w:hangingChars="300" w:hanging="540"/>
              <w:rPr>
                <w:rFonts w:ascii="BIZ UDP明朝 Medium" w:eastAsia="BIZ UDP明朝 Medium" w:hAnsi="BIZ UDP明朝 Medium"/>
                <w:b/>
                <w:sz w:val="18"/>
                <w:szCs w:val="18"/>
                <w:lang w:eastAsia="ja-JP"/>
              </w:rPr>
            </w:pPr>
          </w:p>
          <w:p w14:paraId="22F3D29D" w14:textId="77777777" w:rsidR="00A91EA7" w:rsidRPr="00910912" w:rsidRDefault="00A91EA7" w:rsidP="009C0795">
            <w:pPr>
              <w:rPr>
                <w:rFonts w:ascii="BIZ UDP明朝 Medium" w:eastAsia="BIZ UDP明朝 Medium" w:hAnsi="BIZ UDP明朝 Medium"/>
                <w:lang w:eastAsia="ja-JP"/>
              </w:rPr>
            </w:pP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39FA2" w14:textId="77777777" w:rsidR="00A91EA7" w:rsidRPr="008E6BCE" w:rsidRDefault="00A91EA7">
            <w:pPr>
              <w:rPr>
                <w:rFonts w:ascii="BIZ UDP明朝 Medium" w:eastAsia="BIZ UDP明朝 Medium" w:hAnsi="BIZ UDP明朝 Medium"/>
                <w:sz w:val="24"/>
                <w:szCs w:val="24"/>
                <w:lang w:eastAsia="ja-JP"/>
              </w:rPr>
            </w:pPr>
            <w:r w:rsidRPr="008E6BCE">
              <w:rPr>
                <w:rFonts w:ascii="BIZ UDP明朝 Medium" w:eastAsia="BIZ UDP明朝 Medium" w:hAnsi="BIZ UDP明朝 Medium"/>
                <w:sz w:val="24"/>
                <w:szCs w:val="24"/>
                <w:lang w:eastAsia="ja-JP"/>
              </w:rPr>
              <w:t xml:space="preserve">開設：　　　　　</w:t>
            </w:r>
            <w:r w:rsidRPr="008E6BCE">
              <w:rPr>
                <w:rFonts w:ascii="BIZ UDP明朝 Medium" w:eastAsia="BIZ UDP明朝 Medium" w:hAnsi="BIZ UDP明朝 Medium" w:hint="eastAsia"/>
                <w:sz w:val="24"/>
                <w:szCs w:val="24"/>
                <w:lang w:eastAsia="ja-JP"/>
              </w:rPr>
              <w:t xml:space="preserve">　　</w:t>
            </w:r>
            <w:r w:rsidRPr="008E6BCE">
              <w:rPr>
                <w:rFonts w:ascii="BIZ UDP明朝 Medium" w:eastAsia="BIZ UDP明朝 Medium" w:hAnsi="BIZ UDP明朝 Medium"/>
                <w:sz w:val="24"/>
                <w:szCs w:val="24"/>
                <w:lang w:eastAsia="ja-JP"/>
              </w:rPr>
              <w:t xml:space="preserve">年　　　　</w:t>
            </w:r>
            <w:r w:rsidRPr="008E6BCE">
              <w:rPr>
                <w:rFonts w:ascii="BIZ UDP明朝 Medium" w:eastAsia="BIZ UDP明朝 Medium" w:hAnsi="BIZ UDP明朝 Medium" w:hint="eastAsia"/>
                <w:sz w:val="24"/>
                <w:szCs w:val="24"/>
                <w:lang w:eastAsia="ja-JP"/>
              </w:rPr>
              <w:t xml:space="preserve">　</w:t>
            </w:r>
            <w:r w:rsidRPr="008E6BCE">
              <w:rPr>
                <w:rFonts w:ascii="BIZ UDP明朝 Medium" w:eastAsia="BIZ UDP明朝 Medium" w:hAnsi="BIZ UDP明朝 Medium"/>
                <w:sz w:val="24"/>
                <w:szCs w:val="24"/>
                <w:lang w:eastAsia="ja-JP"/>
              </w:rPr>
              <w:t xml:space="preserve">月　　</w:t>
            </w:r>
            <w:r w:rsidRPr="008E6BCE">
              <w:rPr>
                <w:rFonts w:ascii="BIZ UDP明朝 Medium" w:eastAsia="BIZ UDP明朝 Medium" w:hAnsi="BIZ UDP明朝 Medium" w:hint="eastAsia"/>
                <w:sz w:val="24"/>
                <w:szCs w:val="24"/>
                <w:lang w:eastAsia="ja-JP"/>
              </w:rPr>
              <w:t xml:space="preserve">　</w:t>
            </w:r>
            <w:r w:rsidRPr="008E6BCE">
              <w:rPr>
                <w:rFonts w:ascii="BIZ UDP明朝 Medium" w:eastAsia="BIZ UDP明朝 Medium" w:hAnsi="BIZ UDP明朝 Medium"/>
                <w:sz w:val="24"/>
                <w:szCs w:val="24"/>
                <w:lang w:eastAsia="ja-JP"/>
              </w:rPr>
              <w:t xml:space="preserve">　日</w:t>
            </w:r>
          </w:p>
        </w:tc>
      </w:tr>
      <w:tr w:rsidR="00A91EA7" w:rsidRPr="00910912" w14:paraId="3BB79E18" w14:textId="77777777" w:rsidTr="00756BCF">
        <w:trPr>
          <w:trHeight w:val="505"/>
          <w:jc w:val="center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B9B0B26" w14:textId="77777777" w:rsidR="00A91EA7" w:rsidRPr="00910912" w:rsidRDefault="00A91EA7">
            <w:pPr>
              <w:rPr>
                <w:rFonts w:ascii="BIZ UDP明朝 Medium" w:eastAsia="BIZ UDP明朝 Medium" w:hAnsi="BIZ UDP明朝 Medium"/>
              </w:rPr>
            </w:pPr>
            <w:r w:rsidRPr="00910912">
              <w:rPr>
                <w:rFonts w:ascii="BIZ UDP明朝 Medium" w:eastAsia="BIZ UDP明朝 Medium" w:hAnsi="BIZ UDP明朝 Medium"/>
                <w:b/>
              </w:rPr>
              <w:t>2</w:t>
            </w:r>
            <w:r w:rsidRPr="008E6BCE">
              <w:rPr>
                <w:rFonts w:ascii="BIZ UDP明朝 Medium" w:eastAsia="BIZ UDP明朝 Medium" w:hAnsi="BIZ UDP明朝 Medium"/>
                <w:b/>
                <w:sz w:val="24"/>
                <w:szCs w:val="24"/>
              </w:rPr>
              <w:t xml:space="preserve"> </w:t>
            </w:r>
            <w:r w:rsidRPr="008E6BCE">
              <w:rPr>
                <w:rFonts w:ascii="BIZ UDP明朝 Medium" w:eastAsia="BIZ UDP明朝 Medium" w:hAnsi="BIZ UDP明朝 Medium" w:hint="eastAsia"/>
                <w:b/>
                <w:sz w:val="24"/>
                <w:szCs w:val="24"/>
                <w:lang w:eastAsia="ja-JP"/>
              </w:rPr>
              <w:t>教室</w:t>
            </w:r>
            <w:proofErr w:type="spellStart"/>
            <w:r w:rsidRPr="008E6BCE">
              <w:rPr>
                <w:rFonts w:ascii="BIZ UDP明朝 Medium" w:eastAsia="BIZ UDP明朝 Medium" w:hAnsi="BIZ UDP明朝 Medium"/>
                <w:b/>
                <w:sz w:val="24"/>
                <w:szCs w:val="24"/>
              </w:rPr>
              <w:t>代表者</w:t>
            </w:r>
            <w:proofErr w:type="spellEnd"/>
          </w:p>
        </w:tc>
        <w:tc>
          <w:tcPr>
            <w:tcW w:w="8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793A3" w14:textId="77777777" w:rsidR="00A91EA7" w:rsidRPr="00910912" w:rsidRDefault="00A91EA7" w:rsidP="00496521">
            <w:pPr>
              <w:rPr>
                <w:rFonts w:ascii="BIZ UDP明朝 Medium" w:eastAsia="BIZ UDP明朝 Medium" w:hAnsi="BIZ UDP明朝 Medium"/>
                <w:sz w:val="24"/>
                <w:szCs w:val="24"/>
                <w:lang w:eastAsia="ja-JP"/>
              </w:rPr>
            </w:pPr>
            <w:r w:rsidRPr="00910912">
              <w:rPr>
                <w:rFonts w:ascii="BIZ UDP明朝 Medium" w:eastAsia="BIZ UDP明朝 Medium" w:hAnsi="BIZ UDP明朝 Medium" w:hint="eastAsia"/>
                <w:sz w:val="24"/>
                <w:szCs w:val="24"/>
                <w:lang w:eastAsia="ja-JP"/>
              </w:rPr>
              <w:t>氏名：</w:t>
            </w:r>
          </w:p>
        </w:tc>
      </w:tr>
      <w:tr w:rsidR="00A91EA7" w:rsidRPr="00910912" w14:paraId="5FC9D6AF" w14:textId="77777777" w:rsidTr="00756BCF">
        <w:trPr>
          <w:trHeight w:val="505"/>
          <w:jc w:val="center"/>
        </w:trPr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E38DC4F" w14:textId="77777777" w:rsidR="00A91EA7" w:rsidRPr="00910912" w:rsidRDefault="00A91EA7">
            <w:pPr>
              <w:rPr>
                <w:rFonts w:ascii="BIZ UDP明朝 Medium" w:eastAsia="BIZ UDP明朝 Medium" w:hAnsi="BIZ UDP明朝 Medium"/>
                <w:b/>
              </w:rPr>
            </w:pPr>
          </w:p>
        </w:tc>
        <w:tc>
          <w:tcPr>
            <w:tcW w:w="8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87128" w14:textId="77777777" w:rsidR="00A91EA7" w:rsidRPr="00910912" w:rsidRDefault="00A91EA7">
            <w:pPr>
              <w:rPr>
                <w:rFonts w:ascii="BIZ UDP明朝 Medium" w:eastAsia="BIZ UDP明朝 Medium" w:hAnsi="BIZ UDP明朝 Medium"/>
                <w:sz w:val="24"/>
                <w:szCs w:val="24"/>
                <w:lang w:eastAsia="ja-JP"/>
              </w:rPr>
            </w:pPr>
            <w:r w:rsidRPr="00910912">
              <w:rPr>
                <w:rFonts w:ascii="BIZ UDP明朝 Medium" w:eastAsia="BIZ UDP明朝 Medium" w:hAnsi="BIZ UDP明朝 Medium"/>
                <w:sz w:val="24"/>
                <w:szCs w:val="24"/>
                <w:lang w:eastAsia="ja-JP"/>
              </w:rPr>
              <w:t>住所</w:t>
            </w:r>
            <w:r w:rsidRPr="00910912">
              <w:rPr>
                <w:rFonts w:ascii="BIZ UDP明朝 Medium" w:eastAsia="BIZ UDP明朝 Medium" w:hAnsi="BIZ UDP明朝 Medium" w:hint="eastAsia"/>
                <w:sz w:val="24"/>
                <w:szCs w:val="24"/>
                <w:lang w:eastAsia="ja-JP"/>
              </w:rPr>
              <w:t>：</w:t>
            </w:r>
          </w:p>
        </w:tc>
      </w:tr>
      <w:tr w:rsidR="00A91EA7" w:rsidRPr="00910912" w14:paraId="3FACE5EF" w14:textId="77777777" w:rsidTr="00876480">
        <w:trPr>
          <w:trHeight w:val="505"/>
          <w:jc w:val="center"/>
        </w:trPr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DD888" w14:textId="77777777" w:rsidR="00A91EA7" w:rsidRPr="00910912" w:rsidRDefault="00A91EA7">
            <w:pPr>
              <w:rPr>
                <w:rFonts w:ascii="BIZ UDP明朝 Medium" w:eastAsia="BIZ UDP明朝 Medium" w:hAnsi="BIZ UDP明朝 Medium"/>
                <w:b/>
              </w:rPr>
            </w:pPr>
          </w:p>
        </w:tc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8B4E5" w14:textId="77777777" w:rsidR="00A91EA7" w:rsidRPr="00910912" w:rsidRDefault="00A91EA7">
            <w:pPr>
              <w:rPr>
                <w:rFonts w:ascii="BIZ UDP明朝 Medium" w:eastAsia="BIZ UDP明朝 Medium" w:hAnsi="BIZ UDP明朝 Medium"/>
                <w:sz w:val="24"/>
                <w:szCs w:val="24"/>
                <w:lang w:eastAsia="ja-JP"/>
              </w:rPr>
            </w:pPr>
            <w:r w:rsidRPr="00910912">
              <w:rPr>
                <w:rFonts w:ascii="BIZ UDP明朝 Medium" w:eastAsia="BIZ UDP明朝 Medium" w:hAnsi="BIZ UDP明朝 Medium" w:hint="eastAsia"/>
                <w:sz w:val="24"/>
                <w:szCs w:val="24"/>
                <w:lang w:eastAsia="ja-JP"/>
              </w:rPr>
              <w:t xml:space="preserve">電話：                      　　　　　　　　　　　　　　　　　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086B6" w14:textId="77777777" w:rsidR="00A91EA7" w:rsidRPr="00910912" w:rsidRDefault="00A91EA7">
            <w:pPr>
              <w:rPr>
                <w:rFonts w:ascii="BIZ UDP明朝 Medium" w:eastAsia="BIZ UDP明朝 Medium" w:hAnsi="BIZ UDP明朝 Medium"/>
                <w:sz w:val="24"/>
                <w:szCs w:val="24"/>
                <w:lang w:eastAsia="ja-JP"/>
              </w:rPr>
            </w:pPr>
            <w:r w:rsidRPr="00910912">
              <w:rPr>
                <w:rFonts w:ascii="BIZ UDP明朝 Medium" w:eastAsia="BIZ UDP明朝 Medium" w:hAnsi="BIZ UDP明朝 Medium"/>
                <w:sz w:val="24"/>
                <w:szCs w:val="24"/>
                <w:lang w:eastAsia="ja-JP"/>
              </w:rPr>
              <w:t xml:space="preserve">email：　</w:t>
            </w:r>
          </w:p>
        </w:tc>
      </w:tr>
      <w:tr w:rsidR="00A91EA7" w:rsidRPr="00910912" w14:paraId="6F910640" w14:textId="77777777" w:rsidTr="00144829">
        <w:trPr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DD85D" w14:textId="77777777" w:rsidR="00A91EA7" w:rsidRPr="00910912" w:rsidRDefault="00A91EA7">
            <w:pPr>
              <w:rPr>
                <w:rFonts w:ascii="BIZ UDP明朝 Medium" w:eastAsia="BIZ UDP明朝 Medium" w:hAnsi="BIZ UDP明朝 Medium"/>
                <w:b/>
                <w:lang w:eastAsia="ja-JP"/>
              </w:rPr>
            </w:pPr>
          </w:p>
          <w:p w14:paraId="3362601F" w14:textId="77777777" w:rsidR="00A91EA7" w:rsidRPr="008E6BCE" w:rsidRDefault="00A91EA7">
            <w:pPr>
              <w:rPr>
                <w:rFonts w:ascii="BIZ UDP明朝 Medium" w:eastAsia="BIZ UDP明朝 Medium" w:hAnsi="BIZ UDP明朝 Medium"/>
                <w:b/>
                <w:sz w:val="24"/>
                <w:szCs w:val="24"/>
                <w:lang w:eastAsia="ja-JP"/>
              </w:rPr>
            </w:pPr>
            <w:r w:rsidRPr="00910912">
              <w:rPr>
                <w:rFonts w:ascii="BIZ UDP明朝 Medium" w:eastAsia="BIZ UDP明朝 Medium" w:hAnsi="BIZ UDP明朝 Medium"/>
                <w:b/>
              </w:rPr>
              <w:t xml:space="preserve">3 </w:t>
            </w:r>
            <w:proofErr w:type="spellStart"/>
            <w:r w:rsidRPr="008E6BCE">
              <w:rPr>
                <w:rFonts w:ascii="BIZ UDP明朝 Medium" w:eastAsia="BIZ UDP明朝 Medium" w:hAnsi="BIZ UDP明朝 Medium"/>
                <w:b/>
                <w:sz w:val="24"/>
                <w:szCs w:val="24"/>
              </w:rPr>
              <w:t>開催期間</w:t>
            </w:r>
            <w:proofErr w:type="spellEnd"/>
          </w:p>
          <w:p w14:paraId="600E5429" w14:textId="77777777" w:rsidR="00A91EA7" w:rsidRPr="00910912" w:rsidRDefault="00A91EA7">
            <w:pPr>
              <w:rPr>
                <w:rFonts w:ascii="BIZ UDP明朝 Medium" w:eastAsia="BIZ UDP明朝 Medium" w:hAnsi="BIZ UDP明朝 Medium"/>
                <w:lang w:eastAsia="ja-JP"/>
              </w:rPr>
            </w:pPr>
          </w:p>
        </w:tc>
        <w:tc>
          <w:tcPr>
            <w:tcW w:w="8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F8D00" w14:textId="77777777" w:rsidR="00A91EA7" w:rsidRPr="008E6BCE" w:rsidRDefault="00A91EA7">
            <w:pPr>
              <w:rPr>
                <w:rFonts w:ascii="BIZ UDP明朝 Medium" w:eastAsia="BIZ UDP明朝 Medium" w:hAnsi="BIZ UDP明朝 Medium"/>
                <w:sz w:val="24"/>
                <w:szCs w:val="24"/>
                <w:lang w:eastAsia="ja-JP"/>
              </w:rPr>
            </w:pPr>
            <w:r w:rsidRPr="00910912">
              <w:rPr>
                <w:rFonts w:ascii="BIZ UDP明朝 Medium" w:eastAsia="BIZ UDP明朝 Medium" w:hAnsi="BIZ UDP明朝 Medium"/>
                <w:lang w:eastAsia="ja-JP"/>
              </w:rPr>
              <w:t xml:space="preserve">　　　　</w:t>
            </w:r>
            <w:r>
              <w:rPr>
                <w:rFonts w:ascii="BIZ UDP明朝 Medium" w:eastAsia="BIZ UDP明朝 Medium" w:hAnsi="BIZ UDP明朝 Medium" w:hint="eastAsia"/>
                <w:lang w:eastAsia="ja-JP"/>
              </w:rPr>
              <w:t xml:space="preserve">　</w:t>
            </w:r>
            <w:r w:rsidRPr="008E6BCE">
              <w:rPr>
                <w:rFonts w:ascii="BIZ UDP明朝 Medium" w:eastAsia="BIZ UDP明朝 Medium" w:hAnsi="BIZ UDP明朝 Medium"/>
                <w:sz w:val="24"/>
                <w:szCs w:val="24"/>
                <w:lang w:eastAsia="ja-JP"/>
              </w:rPr>
              <w:t xml:space="preserve">年　　</w:t>
            </w:r>
            <w:r w:rsidRPr="008E6BCE">
              <w:rPr>
                <w:rFonts w:ascii="BIZ UDP明朝 Medium" w:eastAsia="BIZ UDP明朝 Medium" w:hAnsi="BIZ UDP明朝 Medium" w:hint="eastAsia"/>
                <w:sz w:val="24"/>
                <w:szCs w:val="24"/>
                <w:lang w:eastAsia="ja-JP"/>
              </w:rPr>
              <w:t xml:space="preserve">　</w:t>
            </w:r>
            <w:r w:rsidRPr="008E6BCE">
              <w:rPr>
                <w:rFonts w:ascii="BIZ UDP明朝 Medium" w:eastAsia="BIZ UDP明朝 Medium" w:hAnsi="BIZ UDP明朝 Medium"/>
                <w:sz w:val="24"/>
                <w:szCs w:val="24"/>
                <w:lang w:eastAsia="ja-JP"/>
              </w:rPr>
              <w:t xml:space="preserve">　月　　　日</w:t>
            </w:r>
            <w:r>
              <w:rPr>
                <w:rFonts w:ascii="BIZ UDP明朝 Medium" w:eastAsia="BIZ UDP明朝 Medium" w:hAnsi="BIZ UDP明朝 Medium" w:hint="eastAsia"/>
                <w:sz w:val="24"/>
                <w:szCs w:val="24"/>
                <w:lang w:eastAsia="ja-JP"/>
              </w:rPr>
              <w:t xml:space="preserve">　</w:t>
            </w:r>
            <w:r w:rsidRPr="008E6BCE">
              <w:rPr>
                <w:rFonts w:ascii="BIZ UDP明朝 Medium" w:eastAsia="BIZ UDP明朝 Medium" w:hAnsi="BIZ UDP明朝 Medium"/>
                <w:sz w:val="24"/>
                <w:szCs w:val="24"/>
                <w:lang w:eastAsia="ja-JP"/>
              </w:rPr>
              <w:t xml:space="preserve">から　　　　</w:t>
            </w:r>
            <w:r>
              <w:rPr>
                <w:rFonts w:ascii="BIZ UDP明朝 Medium" w:eastAsia="BIZ UDP明朝 Medium" w:hAnsi="BIZ UDP明朝 Medium" w:hint="eastAsia"/>
                <w:sz w:val="24"/>
                <w:szCs w:val="24"/>
                <w:lang w:eastAsia="ja-JP"/>
              </w:rPr>
              <w:t xml:space="preserve">　</w:t>
            </w:r>
            <w:r w:rsidRPr="008E6BCE">
              <w:rPr>
                <w:rFonts w:ascii="BIZ UDP明朝 Medium" w:eastAsia="BIZ UDP明朝 Medium" w:hAnsi="BIZ UDP明朝 Medium" w:hint="eastAsia"/>
                <w:sz w:val="24"/>
                <w:szCs w:val="24"/>
                <w:lang w:eastAsia="ja-JP"/>
              </w:rPr>
              <w:t xml:space="preserve">　</w:t>
            </w:r>
            <w:r w:rsidRPr="008E6BCE">
              <w:rPr>
                <w:rFonts w:ascii="BIZ UDP明朝 Medium" w:eastAsia="BIZ UDP明朝 Medium" w:hAnsi="BIZ UDP明朝 Medium"/>
                <w:sz w:val="24"/>
                <w:szCs w:val="24"/>
                <w:lang w:eastAsia="ja-JP"/>
              </w:rPr>
              <w:t xml:space="preserve">年　　　</w:t>
            </w:r>
            <w:r>
              <w:rPr>
                <w:rFonts w:ascii="BIZ UDP明朝 Medium" w:eastAsia="BIZ UDP明朝 Medium" w:hAnsi="BIZ UDP明朝 Medium" w:hint="eastAsia"/>
                <w:sz w:val="24"/>
                <w:szCs w:val="24"/>
                <w:lang w:eastAsia="ja-JP"/>
              </w:rPr>
              <w:t xml:space="preserve">　</w:t>
            </w:r>
            <w:r w:rsidRPr="008E6BCE">
              <w:rPr>
                <w:rFonts w:ascii="BIZ UDP明朝 Medium" w:eastAsia="BIZ UDP明朝 Medium" w:hAnsi="BIZ UDP明朝 Medium"/>
                <w:sz w:val="24"/>
                <w:szCs w:val="24"/>
                <w:lang w:eastAsia="ja-JP"/>
              </w:rPr>
              <w:t>月　　　日</w:t>
            </w:r>
            <w:r>
              <w:rPr>
                <w:rFonts w:ascii="BIZ UDP明朝 Medium" w:eastAsia="BIZ UDP明朝 Medium" w:hAnsi="BIZ UDP明朝 Medium" w:hint="eastAsia"/>
                <w:sz w:val="24"/>
                <w:szCs w:val="24"/>
                <w:lang w:eastAsia="ja-JP"/>
              </w:rPr>
              <w:t xml:space="preserve">　</w:t>
            </w:r>
            <w:r w:rsidRPr="008E6BCE">
              <w:rPr>
                <w:rFonts w:ascii="BIZ UDP明朝 Medium" w:eastAsia="BIZ UDP明朝 Medium" w:hAnsi="BIZ UDP明朝 Medium"/>
                <w:sz w:val="24"/>
                <w:szCs w:val="24"/>
                <w:lang w:eastAsia="ja-JP"/>
              </w:rPr>
              <w:t>まで</w:t>
            </w:r>
          </w:p>
        </w:tc>
      </w:tr>
      <w:tr w:rsidR="00A91EA7" w:rsidRPr="00910912" w14:paraId="05B8AF2B" w14:textId="77777777" w:rsidTr="00144829">
        <w:trPr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9A981" w14:textId="77777777" w:rsidR="00A91EA7" w:rsidRPr="00910912" w:rsidRDefault="00A91EA7">
            <w:pPr>
              <w:rPr>
                <w:rFonts w:ascii="BIZ UDP明朝 Medium" w:eastAsia="BIZ UDP明朝 Medium" w:hAnsi="BIZ UDP明朝 Medium"/>
              </w:rPr>
            </w:pPr>
            <w:r w:rsidRPr="00910912">
              <w:rPr>
                <w:rFonts w:ascii="BIZ UDP明朝 Medium" w:eastAsia="BIZ UDP明朝 Medium" w:hAnsi="BIZ UDP明朝 Medium"/>
                <w:b/>
              </w:rPr>
              <w:t xml:space="preserve">4 </w:t>
            </w:r>
            <w:proofErr w:type="spellStart"/>
            <w:r w:rsidRPr="008E6BCE">
              <w:rPr>
                <w:rFonts w:ascii="BIZ UDP明朝 Medium" w:eastAsia="BIZ UDP明朝 Medium" w:hAnsi="BIZ UDP明朝 Medium"/>
                <w:b/>
                <w:sz w:val="24"/>
                <w:szCs w:val="24"/>
              </w:rPr>
              <w:t>開催場所</w:t>
            </w:r>
            <w:proofErr w:type="spellEnd"/>
          </w:p>
        </w:tc>
        <w:tc>
          <w:tcPr>
            <w:tcW w:w="8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89533" w14:textId="77777777" w:rsidR="00A91EA7" w:rsidRPr="008E6BCE" w:rsidRDefault="00A91EA7">
            <w:pPr>
              <w:rPr>
                <w:rFonts w:ascii="BIZ UDP明朝 Medium" w:eastAsia="BIZ UDP明朝 Medium" w:hAnsi="BIZ UDP明朝 Medium"/>
                <w:sz w:val="24"/>
                <w:szCs w:val="24"/>
                <w:lang w:eastAsia="ja-JP"/>
              </w:rPr>
            </w:pPr>
            <w:r w:rsidRPr="00910912">
              <w:rPr>
                <w:rFonts w:ascii="BIZ UDP明朝 Medium" w:eastAsia="BIZ UDP明朝 Medium" w:hAnsi="BIZ UDP明朝 Medium"/>
                <w:lang w:eastAsia="ja-JP"/>
              </w:rPr>
              <w:br/>
            </w:r>
            <w:proofErr w:type="spellStart"/>
            <w:r w:rsidRPr="008E6BCE">
              <w:rPr>
                <w:rFonts w:ascii="BIZ UDP明朝 Medium" w:eastAsia="BIZ UDP明朝 Medium" w:hAnsi="BIZ UDP明朝 Medium"/>
                <w:sz w:val="24"/>
                <w:szCs w:val="24"/>
              </w:rPr>
              <w:t>施設名</w:t>
            </w:r>
            <w:proofErr w:type="spellEnd"/>
            <w:r w:rsidRPr="008E6BCE">
              <w:rPr>
                <w:rFonts w:ascii="BIZ UDP明朝 Medium" w:eastAsia="BIZ UDP明朝 Medium" w:hAnsi="BIZ UDP明朝 Medium"/>
                <w:sz w:val="24"/>
                <w:szCs w:val="24"/>
              </w:rPr>
              <w:t>：</w:t>
            </w:r>
            <w:r w:rsidRPr="008E6BCE">
              <w:rPr>
                <w:rFonts w:ascii="BIZ UDP明朝 Medium" w:eastAsia="BIZ UDP明朝 Medium" w:hAnsi="BIZ UDP明朝 Medium" w:hint="eastAsia"/>
                <w:sz w:val="24"/>
                <w:szCs w:val="24"/>
                <w:lang w:eastAsia="ja-JP"/>
              </w:rPr>
              <w:t xml:space="preserve">　　</w:t>
            </w:r>
            <w:r w:rsidRPr="00910912">
              <w:rPr>
                <w:rFonts w:ascii="BIZ UDP明朝 Medium" w:eastAsia="BIZ UDP明朝 Medium" w:hAnsi="BIZ UDP明朝 Medium" w:hint="eastAsia"/>
                <w:lang w:eastAsia="ja-JP"/>
              </w:rPr>
              <w:t xml:space="preserve">　　　　　　　　　　　　　　</w:t>
            </w:r>
            <w:r>
              <w:rPr>
                <w:rFonts w:ascii="BIZ UDP明朝 Medium" w:eastAsia="BIZ UDP明朝 Medium" w:hAnsi="BIZ UDP明朝 Medium" w:hint="eastAsia"/>
                <w:lang w:eastAsia="ja-JP"/>
              </w:rPr>
              <w:t xml:space="preserve">　　　　　</w:t>
            </w:r>
            <w:proofErr w:type="spellStart"/>
            <w:r w:rsidRPr="008E6BCE">
              <w:rPr>
                <w:rFonts w:ascii="BIZ UDP明朝 Medium" w:eastAsia="BIZ UDP明朝 Medium" w:hAnsi="BIZ UDP明朝 Medium"/>
                <w:sz w:val="24"/>
                <w:szCs w:val="24"/>
              </w:rPr>
              <w:t>所在地</w:t>
            </w:r>
            <w:proofErr w:type="spellEnd"/>
            <w:r w:rsidRPr="008E6BCE">
              <w:rPr>
                <w:rFonts w:ascii="BIZ UDP明朝 Medium" w:eastAsia="BIZ UDP明朝 Medium" w:hAnsi="BIZ UDP明朝 Medium"/>
                <w:sz w:val="24"/>
                <w:szCs w:val="24"/>
              </w:rPr>
              <w:t>：</w:t>
            </w:r>
          </w:p>
          <w:p w14:paraId="4BE0AF7A" w14:textId="77777777" w:rsidR="00A91EA7" w:rsidRPr="00910912" w:rsidRDefault="00A91EA7">
            <w:pPr>
              <w:rPr>
                <w:rFonts w:ascii="BIZ UDP明朝 Medium" w:eastAsia="BIZ UDP明朝 Medium" w:hAnsi="BIZ UDP明朝 Medium"/>
                <w:lang w:eastAsia="ja-JP"/>
              </w:rPr>
            </w:pPr>
            <w:r w:rsidRPr="00910912">
              <w:rPr>
                <w:rFonts w:ascii="BIZ UDP明朝 Medium" w:eastAsia="BIZ UDP明朝 Medium" w:hAnsi="BIZ UDP明朝 Medium"/>
              </w:rPr>
              <w:t xml:space="preserve">　　　　　　　　　　　　　　</w:t>
            </w:r>
          </w:p>
        </w:tc>
      </w:tr>
      <w:tr w:rsidR="00A91EA7" w:rsidRPr="00910912" w14:paraId="394EDF86" w14:textId="77777777" w:rsidTr="00144829">
        <w:trPr>
          <w:jc w:val="center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4C1EA" w14:textId="77777777" w:rsidR="00A91EA7" w:rsidRPr="00910912" w:rsidRDefault="00A91EA7" w:rsidP="00144829">
            <w:pPr>
              <w:rPr>
                <w:rFonts w:ascii="BIZ UDP明朝 Medium" w:eastAsia="BIZ UDP明朝 Medium" w:hAnsi="BIZ UDP明朝 Medium"/>
                <w:b/>
                <w:lang w:eastAsia="ja-JP"/>
              </w:rPr>
            </w:pPr>
          </w:p>
          <w:p w14:paraId="322FF7D0" w14:textId="77777777" w:rsidR="00A91EA7" w:rsidRPr="00910912" w:rsidRDefault="00A91EA7" w:rsidP="00144829">
            <w:pPr>
              <w:rPr>
                <w:rFonts w:ascii="BIZ UDP明朝 Medium" w:eastAsia="BIZ UDP明朝 Medium" w:hAnsi="BIZ UDP明朝 Medium"/>
                <w:b/>
                <w:lang w:eastAsia="ja-JP"/>
              </w:rPr>
            </w:pPr>
            <w:r w:rsidRPr="00910912">
              <w:rPr>
                <w:rFonts w:ascii="BIZ UDP明朝 Medium" w:eastAsia="BIZ UDP明朝 Medium" w:hAnsi="BIZ UDP明朝 Medium"/>
                <w:b/>
                <w:lang w:eastAsia="ja-JP"/>
              </w:rPr>
              <w:t>5</w:t>
            </w:r>
            <w:r w:rsidRPr="008E6BCE">
              <w:rPr>
                <w:rFonts w:ascii="BIZ UDP明朝 Medium" w:eastAsia="BIZ UDP明朝 Medium" w:hAnsi="BIZ UDP明朝 Medium"/>
                <w:b/>
                <w:sz w:val="24"/>
                <w:szCs w:val="24"/>
                <w:lang w:eastAsia="ja-JP"/>
              </w:rPr>
              <w:t xml:space="preserve"> 開催日</w:t>
            </w:r>
            <w:r>
              <w:rPr>
                <w:rFonts w:ascii="BIZ UDP明朝 Medium" w:eastAsia="BIZ UDP明朝 Medium" w:hAnsi="BIZ UDP明朝 Medium" w:hint="eastAsia"/>
                <w:b/>
                <w:sz w:val="24"/>
                <w:szCs w:val="24"/>
                <w:lang w:eastAsia="ja-JP"/>
              </w:rPr>
              <w:t>・</w:t>
            </w:r>
            <w:r w:rsidRPr="008E6BCE">
              <w:rPr>
                <w:rFonts w:ascii="BIZ UDP明朝 Medium" w:eastAsia="BIZ UDP明朝 Medium" w:hAnsi="BIZ UDP明朝 Medium" w:hint="eastAsia"/>
                <w:b/>
                <w:sz w:val="24"/>
                <w:szCs w:val="24"/>
                <w:lang w:eastAsia="ja-JP"/>
              </w:rPr>
              <w:t>時間</w:t>
            </w:r>
          </w:p>
          <w:p w14:paraId="7542BD2D" w14:textId="77777777" w:rsidR="00A91EA7" w:rsidRPr="00910912" w:rsidRDefault="00A91EA7" w:rsidP="00144829">
            <w:pPr>
              <w:rPr>
                <w:rFonts w:ascii="BIZ UDP明朝 Medium" w:eastAsia="BIZ UDP明朝 Medium" w:hAnsi="BIZ UDP明朝 Medium"/>
                <w:lang w:eastAsia="ja-JP"/>
              </w:rPr>
            </w:pPr>
          </w:p>
        </w:tc>
        <w:tc>
          <w:tcPr>
            <w:tcW w:w="8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066A7" w14:textId="77777777" w:rsidR="00A91EA7" w:rsidRPr="00910912" w:rsidRDefault="00A91EA7">
            <w:pPr>
              <w:rPr>
                <w:rFonts w:ascii="BIZ UDP明朝 Medium" w:eastAsia="BIZ UDP明朝 Medium" w:hAnsi="BIZ UDP明朝 Medium"/>
                <w:lang w:eastAsia="ja-JP"/>
              </w:rPr>
            </w:pPr>
          </w:p>
        </w:tc>
      </w:tr>
    </w:tbl>
    <w:p w14:paraId="21E1DCC4" w14:textId="77777777" w:rsidR="00A91EA7" w:rsidRPr="00910912" w:rsidRDefault="00A91EA7">
      <w:pPr>
        <w:rPr>
          <w:rFonts w:ascii="BIZ UDP明朝 Medium" w:eastAsia="BIZ UDP明朝 Medium" w:hAnsi="BIZ UDP明朝 Medium"/>
          <w:lang w:eastAsia="ja-JP"/>
        </w:rPr>
      </w:pPr>
    </w:p>
    <w:p w14:paraId="70DF10CF" w14:textId="77777777" w:rsidR="00A91EA7" w:rsidRPr="008E6BCE" w:rsidRDefault="00A91EA7" w:rsidP="00F53ED2">
      <w:pPr>
        <w:ind w:leftChars="-136" w:left="113" w:hangingChars="166" w:hanging="399"/>
        <w:rPr>
          <w:rFonts w:ascii="BIZ UDP明朝 Medium" w:eastAsia="BIZ UDP明朝 Medium" w:hAnsi="BIZ UDP明朝 Medium"/>
          <w:sz w:val="24"/>
          <w:szCs w:val="24"/>
        </w:rPr>
      </w:pPr>
      <w:r w:rsidRPr="008E6BCE">
        <w:rPr>
          <w:rFonts w:ascii="BIZ UDP明朝 Medium" w:eastAsia="BIZ UDP明朝 Medium" w:hAnsi="BIZ UDP明朝 Medium"/>
          <w:b/>
          <w:sz w:val="24"/>
          <w:szCs w:val="24"/>
        </w:rPr>
        <w:t xml:space="preserve">6 </w:t>
      </w:r>
      <w:proofErr w:type="spellStart"/>
      <w:r w:rsidRPr="008E6BCE">
        <w:rPr>
          <w:rFonts w:ascii="BIZ UDP明朝 Medium" w:eastAsia="BIZ UDP明朝 Medium" w:hAnsi="BIZ UDP明朝 Medium"/>
          <w:b/>
          <w:sz w:val="24"/>
          <w:szCs w:val="24"/>
        </w:rPr>
        <w:t>月別開催予定回数</w:t>
      </w:r>
      <w:proofErr w:type="spellEnd"/>
    </w:p>
    <w:tbl>
      <w:tblPr>
        <w:tblStyle w:val="afe"/>
        <w:tblW w:w="1049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50"/>
        <w:gridCol w:w="750"/>
        <w:gridCol w:w="750"/>
        <w:gridCol w:w="750"/>
        <w:gridCol w:w="750"/>
        <w:gridCol w:w="749"/>
        <w:gridCol w:w="749"/>
        <w:gridCol w:w="749"/>
        <w:gridCol w:w="749"/>
        <w:gridCol w:w="749"/>
        <w:gridCol w:w="749"/>
        <w:gridCol w:w="749"/>
        <w:gridCol w:w="749"/>
        <w:gridCol w:w="749"/>
      </w:tblGrid>
      <w:tr w:rsidR="00A91EA7" w:rsidRPr="00910912" w14:paraId="4EEF06D4" w14:textId="77777777" w:rsidTr="00F53ED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4CB96" w14:textId="77777777" w:rsidR="00A91EA7" w:rsidRPr="008E6BCE" w:rsidRDefault="00A91EA7" w:rsidP="004A45FC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8E6BCE">
              <w:rPr>
                <w:rFonts w:ascii="BIZ UDP明朝 Medium" w:eastAsia="BIZ UDP明朝 Medium" w:hAnsi="BIZ UDP明朝 Medium"/>
                <w:b/>
                <w:sz w:val="24"/>
                <w:szCs w:val="24"/>
              </w:rPr>
              <w:t>月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31308" w14:textId="77777777" w:rsidR="00A91EA7" w:rsidRPr="008E6BCE" w:rsidRDefault="00A91EA7" w:rsidP="004A45FC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8E6BCE">
              <w:rPr>
                <w:rFonts w:ascii="BIZ UDP明朝 Medium" w:eastAsia="BIZ UDP明朝 Medium" w:hAnsi="BIZ UDP明朝 Medium"/>
                <w:b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DF611" w14:textId="77777777" w:rsidR="00A91EA7" w:rsidRPr="008E6BCE" w:rsidRDefault="00A91EA7" w:rsidP="004A45FC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8E6BCE">
              <w:rPr>
                <w:rFonts w:ascii="BIZ UDP明朝 Medium" w:eastAsia="BIZ UDP明朝 Medium" w:hAnsi="BIZ UDP明朝 Medium"/>
                <w:b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5D40D" w14:textId="77777777" w:rsidR="00A91EA7" w:rsidRPr="008E6BCE" w:rsidRDefault="00A91EA7" w:rsidP="004A45FC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8E6BCE">
              <w:rPr>
                <w:rFonts w:ascii="BIZ UDP明朝 Medium" w:eastAsia="BIZ UDP明朝 Medium" w:hAnsi="BIZ UDP明朝 Medium"/>
                <w:b/>
                <w:sz w:val="24"/>
                <w:szCs w:val="24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4C386" w14:textId="77777777" w:rsidR="00A91EA7" w:rsidRPr="008E6BCE" w:rsidRDefault="00A91EA7" w:rsidP="004A45FC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8E6BCE">
              <w:rPr>
                <w:rFonts w:ascii="BIZ UDP明朝 Medium" w:eastAsia="BIZ UDP明朝 Medium" w:hAnsi="BIZ UDP明朝 Medium"/>
                <w:b/>
                <w:sz w:val="24"/>
                <w:szCs w:val="24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DCC7D" w14:textId="77777777" w:rsidR="00A91EA7" w:rsidRPr="008E6BCE" w:rsidRDefault="00A91EA7" w:rsidP="004A45FC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8E6BCE">
              <w:rPr>
                <w:rFonts w:ascii="BIZ UDP明朝 Medium" w:eastAsia="BIZ UDP明朝 Medium" w:hAnsi="BIZ UDP明朝 Medium"/>
                <w:b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AA4F7" w14:textId="77777777" w:rsidR="00A91EA7" w:rsidRPr="008E6BCE" w:rsidRDefault="00A91EA7" w:rsidP="004A45FC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8E6BCE">
              <w:rPr>
                <w:rFonts w:ascii="BIZ UDP明朝 Medium" w:eastAsia="BIZ UDP明朝 Medium" w:hAnsi="BIZ UDP明朝 Medium"/>
                <w:b/>
                <w:sz w:val="24"/>
                <w:szCs w:val="24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74B22" w14:textId="77777777" w:rsidR="00A91EA7" w:rsidRPr="008E6BCE" w:rsidRDefault="00A91EA7" w:rsidP="004A45FC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8E6BCE">
              <w:rPr>
                <w:rFonts w:ascii="BIZ UDP明朝 Medium" w:eastAsia="BIZ UDP明朝 Medium" w:hAnsi="BIZ UDP明朝 Medium"/>
                <w:b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A220E" w14:textId="77777777" w:rsidR="00A91EA7" w:rsidRPr="008E6BCE" w:rsidRDefault="00A91EA7" w:rsidP="004A45FC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8E6BCE">
              <w:rPr>
                <w:rFonts w:ascii="BIZ UDP明朝 Medium" w:eastAsia="BIZ UDP明朝 Medium" w:hAnsi="BIZ UDP明朝 Medium"/>
                <w:b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95099" w14:textId="77777777" w:rsidR="00A91EA7" w:rsidRPr="008E6BCE" w:rsidRDefault="00A91EA7" w:rsidP="004A45FC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8E6BCE">
              <w:rPr>
                <w:rFonts w:ascii="BIZ UDP明朝 Medium" w:eastAsia="BIZ UDP明朝 Medium" w:hAnsi="BIZ UDP明朝 Medium"/>
                <w:b/>
                <w:sz w:val="24"/>
                <w:szCs w:val="24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5CB6F" w14:textId="77777777" w:rsidR="00A91EA7" w:rsidRPr="008E6BCE" w:rsidRDefault="00A91EA7" w:rsidP="004A45FC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8E6BCE">
              <w:rPr>
                <w:rFonts w:ascii="BIZ UDP明朝 Medium" w:eastAsia="BIZ UDP明朝 Medium" w:hAnsi="BIZ UDP明朝 Medium"/>
                <w:b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A309A" w14:textId="77777777" w:rsidR="00A91EA7" w:rsidRPr="008E6BCE" w:rsidRDefault="00A91EA7" w:rsidP="004A45FC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8E6BCE">
              <w:rPr>
                <w:rFonts w:ascii="BIZ UDP明朝 Medium" w:eastAsia="BIZ UDP明朝 Medium" w:hAnsi="BIZ UDP明朝 Medium"/>
                <w:b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73E2B" w14:textId="77777777" w:rsidR="00A91EA7" w:rsidRPr="008E6BCE" w:rsidRDefault="00A91EA7" w:rsidP="004A45FC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8E6BCE">
              <w:rPr>
                <w:rFonts w:ascii="BIZ UDP明朝 Medium" w:eastAsia="BIZ UDP明朝 Medium" w:hAnsi="BIZ UDP明朝 Medium"/>
                <w:b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8B044" w14:textId="77777777" w:rsidR="00A91EA7" w:rsidRPr="008E6BCE" w:rsidRDefault="00A91EA7" w:rsidP="004A45FC">
            <w:pPr>
              <w:jc w:val="center"/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8E6BCE">
              <w:rPr>
                <w:rFonts w:ascii="BIZ UDP明朝 Medium" w:eastAsia="BIZ UDP明朝 Medium" w:hAnsi="BIZ UDP明朝 Medium"/>
                <w:b/>
                <w:sz w:val="24"/>
                <w:szCs w:val="24"/>
              </w:rPr>
              <w:t>計</w:t>
            </w:r>
          </w:p>
        </w:tc>
      </w:tr>
      <w:tr w:rsidR="00A91EA7" w:rsidRPr="00910912" w14:paraId="3E229547" w14:textId="77777777" w:rsidTr="00F53ED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5E309" w14:textId="77777777" w:rsidR="00A91EA7" w:rsidRPr="00910912" w:rsidRDefault="00A91EA7">
            <w:pPr>
              <w:rPr>
                <w:rFonts w:ascii="BIZ UDP明朝 Medium" w:eastAsia="BIZ UDP明朝 Medium" w:hAnsi="BIZ UDP明朝 Medium"/>
                <w:b/>
                <w:lang w:eastAsia="ja-JP"/>
              </w:rPr>
            </w:pPr>
          </w:p>
          <w:p w14:paraId="084398F4" w14:textId="77777777" w:rsidR="00A91EA7" w:rsidRPr="008E6BCE" w:rsidRDefault="00A91EA7" w:rsidP="005D6ACE">
            <w:pPr>
              <w:jc w:val="center"/>
              <w:rPr>
                <w:rFonts w:ascii="BIZ UDP明朝 Medium" w:eastAsia="BIZ UDP明朝 Medium" w:hAnsi="BIZ UDP明朝 Medium"/>
                <w:b/>
                <w:sz w:val="24"/>
                <w:szCs w:val="24"/>
                <w:lang w:eastAsia="ja-JP"/>
              </w:rPr>
            </w:pPr>
            <w:proofErr w:type="spellStart"/>
            <w:r w:rsidRPr="008E6BCE">
              <w:rPr>
                <w:rFonts w:ascii="BIZ UDP明朝 Medium" w:eastAsia="BIZ UDP明朝 Medium" w:hAnsi="BIZ UDP明朝 Medium"/>
                <w:b/>
                <w:sz w:val="24"/>
                <w:szCs w:val="24"/>
              </w:rPr>
              <w:t>回数</w:t>
            </w:r>
            <w:proofErr w:type="spellEnd"/>
          </w:p>
          <w:p w14:paraId="244F8376" w14:textId="77777777" w:rsidR="00A91EA7" w:rsidRPr="00910912" w:rsidRDefault="00A91EA7">
            <w:pPr>
              <w:rPr>
                <w:rFonts w:ascii="BIZ UDP明朝 Medium" w:eastAsia="BIZ UDP明朝 Medium" w:hAnsi="BIZ UDP明朝 Medium"/>
                <w:lang w:eastAsia="ja-JP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30FE6" w14:textId="77777777" w:rsidR="00A91EA7" w:rsidRPr="00910912" w:rsidRDefault="00A91EA7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5AFB6" w14:textId="77777777" w:rsidR="00A91EA7" w:rsidRPr="00910912" w:rsidRDefault="00A91EA7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2CC0F" w14:textId="77777777" w:rsidR="00A91EA7" w:rsidRPr="00910912" w:rsidRDefault="00A91EA7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B2781" w14:textId="77777777" w:rsidR="00A91EA7" w:rsidRPr="00910912" w:rsidRDefault="00A91EA7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7415B" w14:textId="77777777" w:rsidR="00A91EA7" w:rsidRPr="00910912" w:rsidRDefault="00A91EA7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2EA18" w14:textId="77777777" w:rsidR="00A91EA7" w:rsidRPr="00910912" w:rsidRDefault="00A91EA7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B70BC" w14:textId="77777777" w:rsidR="00A91EA7" w:rsidRPr="00910912" w:rsidRDefault="00A91EA7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0CA37" w14:textId="77777777" w:rsidR="00A91EA7" w:rsidRPr="00910912" w:rsidRDefault="00A91EA7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A8BCC" w14:textId="77777777" w:rsidR="00A91EA7" w:rsidRPr="00910912" w:rsidRDefault="00A91EA7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21FFF" w14:textId="77777777" w:rsidR="00A91EA7" w:rsidRPr="00910912" w:rsidRDefault="00A91EA7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26275" w14:textId="77777777" w:rsidR="00A91EA7" w:rsidRPr="00910912" w:rsidRDefault="00A91EA7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82720" w14:textId="77777777" w:rsidR="00A91EA7" w:rsidRPr="00910912" w:rsidRDefault="00A91EA7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1E3F1" w14:textId="77777777" w:rsidR="00A91EA7" w:rsidRPr="00910912" w:rsidRDefault="00A91EA7">
            <w:pPr>
              <w:rPr>
                <w:rFonts w:ascii="BIZ UDP明朝 Medium" w:eastAsia="BIZ UDP明朝 Medium" w:hAnsi="BIZ UDP明朝 Medium"/>
              </w:rPr>
            </w:pPr>
          </w:p>
        </w:tc>
      </w:tr>
    </w:tbl>
    <w:p w14:paraId="4FC5A107" w14:textId="77777777" w:rsidR="00A91EA7" w:rsidRPr="00910912" w:rsidRDefault="00A91EA7">
      <w:pPr>
        <w:rPr>
          <w:rFonts w:ascii="BIZ UDP明朝 Medium" w:eastAsia="BIZ UDP明朝 Medium" w:hAnsi="BIZ UDP明朝 Medium"/>
        </w:rPr>
      </w:pPr>
    </w:p>
    <w:tbl>
      <w:tblPr>
        <w:tblStyle w:val="afe"/>
        <w:tblW w:w="10485" w:type="dxa"/>
        <w:jc w:val="center"/>
        <w:tblLook w:val="04A0" w:firstRow="1" w:lastRow="0" w:firstColumn="1" w:lastColumn="0" w:noHBand="0" w:noVBand="1"/>
      </w:tblPr>
      <w:tblGrid>
        <w:gridCol w:w="3256"/>
        <w:gridCol w:w="7229"/>
      </w:tblGrid>
      <w:tr w:rsidR="00A91EA7" w:rsidRPr="00910912" w14:paraId="46F98FE1" w14:textId="77777777" w:rsidTr="00727A22">
        <w:trPr>
          <w:jc w:val="center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F7A62" w14:textId="77777777" w:rsidR="00A91EA7" w:rsidRPr="00910912" w:rsidRDefault="00A91EA7">
            <w:pPr>
              <w:rPr>
                <w:rFonts w:ascii="BIZ UDP明朝 Medium" w:eastAsia="BIZ UDP明朝 Medium" w:hAnsi="BIZ UDP明朝 Medium"/>
                <w:b/>
                <w:lang w:eastAsia="ja-JP"/>
              </w:rPr>
            </w:pPr>
          </w:p>
          <w:p w14:paraId="2BC6F092" w14:textId="77777777" w:rsidR="00A91EA7" w:rsidRPr="008E6BCE" w:rsidRDefault="00A91EA7">
            <w:pPr>
              <w:rPr>
                <w:rFonts w:ascii="BIZ UDP明朝 Medium" w:eastAsia="BIZ UDP明朝 Medium" w:hAnsi="BIZ UDP明朝 Medium"/>
                <w:b/>
                <w:sz w:val="24"/>
                <w:szCs w:val="24"/>
                <w:lang w:eastAsia="ja-JP"/>
              </w:rPr>
            </w:pPr>
            <w:r w:rsidRPr="008E6BCE">
              <w:rPr>
                <w:rFonts w:ascii="BIZ UDP明朝 Medium" w:eastAsia="BIZ UDP明朝 Medium" w:hAnsi="BIZ UDP明朝 Medium"/>
                <w:b/>
                <w:sz w:val="24"/>
                <w:szCs w:val="24"/>
                <w:lang w:eastAsia="ja-JP"/>
              </w:rPr>
              <w:t>7 各回の学習者数（見込み）</w:t>
            </w:r>
          </w:p>
          <w:p w14:paraId="0A07EB55" w14:textId="77777777" w:rsidR="00A91EA7" w:rsidRPr="00910912" w:rsidRDefault="00A91EA7">
            <w:pPr>
              <w:rPr>
                <w:rFonts w:ascii="BIZ UDP明朝 Medium" w:eastAsia="BIZ UDP明朝 Medium" w:hAnsi="BIZ UDP明朝 Medium"/>
                <w:lang w:eastAsia="ja-JP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BCAA2" w14:textId="77777777" w:rsidR="00A91EA7" w:rsidRPr="008E6BCE" w:rsidRDefault="00A91EA7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910912">
              <w:rPr>
                <w:rFonts w:ascii="BIZ UDP明朝 Medium" w:eastAsia="BIZ UDP明朝 Medium" w:hAnsi="BIZ UDP明朝 Medium"/>
                <w:lang w:eastAsia="ja-JP"/>
              </w:rPr>
              <w:t xml:space="preserve">　　　　　　</w:t>
            </w:r>
            <w:r>
              <w:rPr>
                <w:rFonts w:ascii="BIZ UDP明朝 Medium" w:eastAsia="BIZ UDP明朝 Medium" w:hAnsi="BIZ UDP明朝 Medium" w:hint="eastAsia"/>
                <w:lang w:eastAsia="ja-JP"/>
              </w:rPr>
              <w:t xml:space="preserve">　　　　　　</w:t>
            </w:r>
            <w:r w:rsidRPr="008E6BCE">
              <w:rPr>
                <w:rFonts w:ascii="BIZ UDP明朝 Medium" w:eastAsia="BIZ UDP明朝 Medium" w:hAnsi="BIZ UDP明朝 Medium"/>
                <w:sz w:val="24"/>
                <w:szCs w:val="24"/>
              </w:rPr>
              <w:t>名</w:t>
            </w:r>
          </w:p>
        </w:tc>
      </w:tr>
      <w:tr w:rsidR="00A91EA7" w:rsidRPr="00910912" w14:paraId="0059D64A" w14:textId="77777777" w:rsidTr="00727A22">
        <w:trPr>
          <w:jc w:val="center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17B49" w14:textId="77777777" w:rsidR="00A91EA7" w:rsidRPr="008E6BCE" w:rsidRDefault="00A91EA7">
            <w:pPr>
              <w:rPr>
                <w:rFonts w:ascii="BIZ UDP明朝 Medium" w:eastAsia="BIZ UDP明朝 Medium" w:hAnsi="BIZ UDP明朝 Medium"/>
                <w:b/>
                <w:sz w:val="24"/>
                <w:szCs w:val="24"/>
              </w:rPr>
            </w:pPr>
          </w:p>
          <w:p w14:paraId="0CB3837A" w14:textId="77777777" w:rsidR="00A91EA7" w:rsidRPr="008E6BCE" w:rsidRDefault="00A91EA7">
            <w:pPr>
              <w:rPr>
                <w:rFonts w:ascii="BIZ UDP明朝 Medium" w:eastAsia="BIZ UDP明朝 Medium" w:hAnsi="BIZ UDP明朝 Medium"/>
                <w:b/>
                <w:sz w:val="24"/>
                <w:szCs w:val="24"/>
              </w:rPr>
            </w:pPr>
          </w:p>
          <w:p w14:paraId="5DC79EC8" w14:textId="77777777" w:rsidR="00A91EA7" w:rsidRPr="008E6BCE" w:rsidRDefault="00A91EA7">
            <w:pPr>
              <w:rPr>
                <w:rFonts w:ascii="BIZ UDP明朝 Medium" w:eastAsia="BIZ UDP明朝 Medium" w:hAnsi="BIZ UDP明朝 Medium"/>
                <w:b/>
                <w:sz w:val="24"/>
                <w:szCs w:val="24"/>
                <w:lang w:eastAsia="ja-JP"/>
              </w:rPr>
            </w:pPr>
            <w:r w:rsidRPr="008E6BCE">
              <w:rPr>
                <w:rFonts w:ascii="BIZ UDP明朝 Medium" w:eastAsia="BIZ UDP明朝 Medium" w:hAnsi="BIZ UDP明朝 Medium"/>
                <w:b/>
                <w:sz w:val="24"/>
                <w:szCs w:val="24"/>
              </w:rPr>
              <w:t xml:space="preserve">8 </w:t>
            </w:r>
            <w:proofErr w:type="spellStart"/>
            <w:r w:rsidRPr="008E6BCE">
              <w:rPr>
                <w:rFonts w:ascii="BIZ UDP明朝 Medium" w:eastAsia="BIZ UDP明朝 Medium" w:hAnsi="BIZ UDP明朝 Medium"/>
                <w:b/>
                <w:sz w:val="24"/>
                <w:szCs w:val="24"/>
              </w:rPr>
              <w:t>使用教材</w:t>
            </w:r>
            <w:proofErr w:type="spellEnd"/>
          </w:p>
          <w:p w14:paraId="4E235917" w14:textId="77777777" w:rsidR="00A91EA7" w:rsidRPr="008E6BCE" w:rsidRDefault="00A91EA7">
            <w:pPr>
              <w:rPr>
                <w:rFonts w:ascii="BIZ UDP明朝 Medium" w:eastAsia="BIZ UDP明朝 Medium" w:hAnsi="BIZ UDP明朝 Medium"/>
                <w:b/>
                <w:sz w:val="24"/>
                <w:szCs w:val="24"/>
                <w:lang w:eastAsia="ja-JP"/>
              </w:rPr>
            </w:pPr>
          </w:p>
          <w:p w14:paraId="3D1D998D" w14:textId="77777777" w:rsidR="00A91EA7" w:rsidRPr="008E6BCE" w:rsidRDefault="00A91EA7">
            <w:pPr>
              <w:rPr>
                <w:rFonts w:ascii="BIZ UDP明朝 Medium" w:eastAsia="BIZ UDP明朝 Medium" w:hAnsi="BIZ UDP明朝 Medium"/>
                <w:sz w:val="24"/>
                <w:szCs w:val="24"/>
                <w:lang w:eastAsia="ja-JP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89A07" w14:textId="77777777" w:rsidR="00A91EA7" w:rsidRPr="00910912" w:rsidRDefault="00A91EA7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A91EA7" w:rsidRPr="00910912" w14:paraId="4E1C76DA" w14:textId="77777777" w:rsidTr="00727A22">
        <w:trPr>
          <w:jc w:val="center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E7CE6" w14:textId="77777777" w:rsidR="00A91EA7" w:rsidRPr="008E6BCE" w:rsidRDefault="00A91EA7">
            <w:pPr>
              <w:rPr>
                <w:rFonts w:ascii="BIZ UDP明朝 Medium" w:eastAsia="BIZ UDP明朝 Medium" w:hAnsi="BIZ UDP明朝 Medium"/>
                <w:b/>
                <w:sz w:val="24"/>
                <w:szCs w:val="24"/>
              </w:rPr>
            </w:pPr>
          </w:p>
          <w:p w14:paraId="3C8A36E2" w14:textId="77777777" w:rsidR="00A91EA7" w:rsidRPr="008E6BCE" w:rsidRDefault="00A91EA7">
            <w:pPr>
              <w:rPr>
                <w:rFonts w:ascii="BIZ UDP明朝 Medium" w:eastAsia="BIZ UDP明朝 Medium" w:hAnsi="BIZ UDP明朝 Medium"/>
                <w:b/>
                <w:sz w:val="24"/>
                <w:szCs w:val="24"/>
                <w:lang w:eastAsia="ja-JP"/>
              </w:rPr>
            </w:pPr>
            <w:r w:rsidRPr="008E6BCE">
              <w:rPr>
                <w:rFonts w:ascii="BIZ UDP明朝 Medium" w:eastAsia="BIZ UDP明朝 Medium" w:hAnsi="BIZ UDP明朝 Medium"/>
                <w:b/>
                <w:sz w:val="24"/>
                <w:szCs w:val="24"/>
              </w:rPr>
              <w:t xml:space="preserve">9 </w:t>
            </w:r>
            <w:proofErr w:type="spellStart"/>
            <w:r w:rsidRPr="008E6BCE">
              <w:rPr>
                <w:rFonts w:ascii="BIZ UDP明朝 Medium" w:eastAsia="BIZ UDP明朝 Medium" w:hAnsi="BIZ UDP明朝 Medium"/>
                <w:b/>
                <w:sz w:val="24"/>
                <w:szCs w:val="24"/>
              </w:rPr>
              <w:t>会費等</w:t>
            </w:r>
            <w:proofErr w:type="spellEnd"/>
          </w:p>
          <w:p w14:paraId="1D684E35" w14:textId="77777777" w:rsidR="00A91EA7" w:rsidRPr="008E6BCE" w:rsidRDefault="00A91EA7">
            <w:pPr>
              <w:rPr>
                <w:rFonts w:ascii="BIZ UDP明朝 Medium" w:eastAsia="BIZ UDP明朝 Medium" w:hAnsi="BIZ UDP明朝 Medium"/>
                <w:sz w:val="24"/>
                <w:szCs w:val="24"/>
                <w:lang w:eastAsia="ja-JP"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D0598" w14:textId="77777777" w:rsidR="00A91EA7" w:rsidRPr="00910912" w:rsidRDefault="00A91EA7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A91EA7" w:rsidRPr="00910912" w14:paraId="00374AE8" w14:textId="77777777" w:rsidTr="00727A22">
        <w:trPr>
          <w:jc w:val="center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872D8" w14:textId="77777777" w:rsidR="00A91EA7" w:rsidRPr="008E6BCE" w:rsidRDefault="00A91EA7">
            <w:pPr>
              <w:rPr>
                <w:rFonts w:ascii="BIZ UDP明朝 Medium" w:eastAsia="BIZ UDP明朝 Medium" w:hAnsi="BIZ UDP明朝 Medium"/>
                <w:sz w:val="24"/>
                <w:szCs w:val="24"/>
              </w:rPr>
            </w:pPr>
            <w:r w:rsidRPr="008E6BCE">
              <w:rPr>
                <w:rFonts w:ascii="BIZ UDP明朝 Medium" w:eastAsia="BIZ UDP明朝 Medium" w:hAnsi="BIZ UDP明朝 Medium"/>
                <w:b/>
                <w:sz w:val="24"/>
                <w:szCs w:val="24"/>
              </w:rPr>
              <w:t xml:space="preserve">10 </w:t>
            </w:r>
            <w:proofErr w:type="spellStart"/>
            <w:r w:rsidRPr="008E6BCE">
              <w:rPr>
                <w:rFonts w:ascii="BIZ UDP明朝 Medium" w:eastAsia="BIZ UDP明朝 Medium" w:hAnsi="BIZ UDP明朝 Medium"/>
                <w:b/>
                <w:sz w:val="24"/>
                <w:szCs w:val="24"/>
              </w:rPr>
              <w:t>その他特記事項</w:t>
            </w:r>
            <w:proofErr w:type="spellEnd"/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AA6A8" w14:textId="77777777" w:rsidR="00A91EA7" w:rsidRPr="008E6BCE" w:rsidRDefault="00A91EA7" w:rsidP="00A91EA7">
            <w:pPr>
              <w:pStyle w:val="ae"/>
              <w:numPr>
                <w:ilvl w:val="0"/>
                <w:numId w:val="12"/>
              </w:numPr>
              <w:spacing w:line="480" w:lineRule="auto"/>
              <w:rPr>
                <w:rFonts w:ascii="BIZ UDP明朝 Medium" w:eastAsia="BIZ UDP明朝 Medium" w:hAnsi="BIZ UDP明朝 Medium"/>
                <w:sz w:val="24"/>
                <w:szCs w:val="24"/>
                <w:lang w:eastAsia="ja-JP"/>
              </w:rPr>
            </w:pPr>
            <w:r w:rsidRPr="008E6BCE">
              <w:rPr>
                <w:rFonts w:ascii="BIZ UDP明朝 Medium" w:eastAsia="BIZ UDP明朝 Medium" w:hAnsi="BIZ UDP明朝 Medium"/>
                <w:sz w:val="24"/>
                <w:szCs w:val="24"/>
                <w:lang w:eastAsia="ja-JP"/>
              </w:rPr>
              <w:t>学習者の在籍期間の</w:t>
            </w:r>
            <w:r>
              <w:rPr>
                <w:rFonts w:ascii="BIZ UDP明朝 Medium" w:eastAsia="BIZ UDP明朝 Medium" w:hAnsi="BIZ UDP明朝 Medium" w:hint="eastAsia"/>
                <w:sz w:val="24"/>
                <w:szCs w:val="24"/>
                <w:lang w:eastAsia="ja-JP"/>
              </w:rPr>
              <w:t>制度　　□</w:t>
            </w:r>
            <w:r w:rsidRPr="008E6BCE">
              <w:rPr>
                <w:rFonts w:ascii="BIZ UDP明朝 Medium" w:eastAsia="BIZ UDP明朝 Medium" w:hAnsi="BIZ UDP明朝 Medium"/>
                <w:sz w:val="24"/>
                <w:szCs w:val="24"/>
                <w:lang w:eastAsia="ja-JP"/>
              </w:rPr>
              <w:t>あり（期</w:t>
            </w:r>
            <w:r w:rsidRPr="008E6BCE">
              <w:rPr>
                <w:rFonts w:ascii="BIZ UDP明朝 Medium" w:eastAsia="BIZ UDP明朝 Medium" w:hAnsi="BIZ UDP明朝 Medium" w:hint="eastAsia"/>
                <w:sz w:val="24"/>
                <w:szCs w:val="24"/>
                <w:lang w:eastAsia="ja-JP"/>
              </w:rPr>
              <w:t>間</w:t>
            </w:r>
            <w:r w:rsidRPr="008E6BCE">
              <w:rPr>
                <w:rFonts w:ascii="BIZ UDP明朝 Medium" w:eastAsia="BIZ UDP明朝 Medium" w:hAnsi="BIZ UDP明朝 Medium"/>
                <w:sz w:val="24"/>
                <w:szCs w:val="24"/>
                <w:lang w:eastAsia="ja-JP"/>
              </w:rPr>
              <w:t xml:space="preserve">　　　　　　</w:t>
            </w:r>
            <w:r w:rsidRPr="008E6BCE">
              <w:rPr>
                <w:rFonts w:ascii="BIZ UDP明朝 Medium" w:eastAsia="BIZ UDP明朝 Medium" w:hAnsi="BIZ UDP明朝 Medium" w:hint="eastAsia"/>
                <w:sz w:val="24"/>
                <w:szCs w:val="24"/>
                <w:lang w:eastAsia="ja-JP"/>
              </w:rPr>
              <w:t xml:space="preserve">　</w:t>
            </w:r>
            <w:r w:rsidRPr="008E6BCE">
              <w:rPr>
                <w:rFonts w:ascii="BIZ UDP明朝 Medium" w:eastAsia="BIZ UDP明朝 Medium" w:hAnsi="BIZ UDP明朝 Medium"/>
                <w:sz w:val="24"/>
                <w:szCs w:val="24"/>
                <w:lang w:eastAsia="ja-JP"/>
              </w:rPr>
              <w:t>）</w:t>
            </w:r>
            <w:r w:rsidRPr="008E6BCE">
              <w:rPr>
                <w:rFonts w:ascii="BIZ UDP明朝 Medium" w:eastAsia="BIZ UDP明朝 Medium" w:hAnsi="BIZ UDP明朝 Medium" w:hint="eastAsia"/>
                <w:sz w:val="24"/>
                <w:szCs w:val="24"/>
                <w:lang w:eastAsia="ja-JP"/>
              </w:rPr>
              <w:t xml:space="preserve">　</w:t>
            </w:r>
            <w:r>
              <w:rPr>
                <w:rFonts w:ascii="BIZ UDP明朝 Medium" w:eastAsia="BIZ UDP明朝 Medium" w:hAnsi="BIZ UDP明朝 Medium" w:hint="eastAsia"/>
                <w:sz w:val="24"/>
                <w:szCs w:val="24"/>
                <w:lang w:eastAsia="ja-JP"/>
              </w:rPr>
              <w:t xml:space="preserve">　□</w:t>
            </w:r>
            <w:r w:rsidRPr="008E6BCE">
              <w:rPr>
                <w:rFonts w:ascii="BIZ UDP明朝 Medium" w:eastAsia="BIZ UDP明朝 Medium" w:hAnsi="BIZ UDP明朝 Medium"/>
                <w:sz w:val="24"/>
                <w:szCs w:val="24"/>
                <w:lang w:eastAsia="ja-JP"/>
              </w:rPr>
              <w:t>なし</w:t>
            </w:r>
          </w:p>
          <w:p w14:paraId="1F483ADF" w14:textId="77777777" w:rsidR="00A91EA7" w:rsidRPr="008E6BCE" w:rsidRDefault="00A91EA7" w:rsidP="00A91EA7">
            <w:pPr>
              <w:pStyle w:val="ae"/>
              <w:numPr>
                <w:ilvl w:val="0"/>
                <w:numId w:val="12"/>
              </w:numPr>
              <w:spacing w:line="480" w:lineRule="auto"/>
              <w:rPr>
                <w:rFonts w:ascii="BIZ UDP明朝 Medium" w:eastAsia="BIZ UDP明朝 Medium" w:hAnsi="BIZ UDP明朝 Medium"/>
                <w:sz w:val="24"/>
                <w:szCs w:val="24"/>
                <w:lang w:eastAsia="ja-JP"/>
              </w:rPr>
            </w:pPr>
            <w:r w:rsidRPr="008E6BCE">
              <w:rPr>
                <w:rFonts w:ascii="BIZ UDP明朝 Medium" w:eastAsia="BIZ UDP明朝 Medium" w:hAnsi="BIZ UDP明朝 Medium"/>
                <w:sz w:val="24"/>
                <w:szCs w:val="24"/>
                <w:lang w:eastAsia="ja-JP"/>
              </w:rPr>
              <w:t>学習者と指導者の交流会</w:t>
            </w:r>
            <w:r>
              <w:rPr>
                <w:rFonts w:ascii="BIZ UDP明朝 Medium" w:eastAsia="BIZ UDP明朝 Medium" w:hAnsi="BIZ UDP明朝 Medium" w:hint="eastAsia"/>
                <w:sz w:val="24"/>
                <w:szCs w:val="24"/>
                <w:lang w:eastAsia="ja-JP"/>
              </w:rPr>
              <w:t xml:space="preserve">　　 □</w:t>
            </w:r>
            <w:r w:rsidRPr="008E6BCE">
              <w:rPr>
                <w:rFonts w:ascii="BIZ UDP明朝 Medium" w:eastAsia="BIZ UDP明朝 Medium" w:hAnsi="BIZ UDP明朝 Medium"/>
                <w:sz w:val="24"/>
                <w:szCs w:val="24"/>
                <w:lang w:eastAsia="ja-JP"/>
              </w:rPr>
              <w:t>あり（年</w:t>
            </w:r>
            <w:r w:rsidRPr="008E6BCE">
              <w:rPr>
                <w:rFonts w:ascii="BIZ UDP明朝 Medium" w:eastAsia="BIZ UDP明朝 Medium" w:hAnsi="BIZ UDP明朝 Medium" w:hint="eastAsia"/>
                <w:sz w:val="24"/>
                <w:szCs w:val="24"/>
                <w:lang w:eastAsia="ja-JP"/>
              </w:rPr>
              <w:t xml:space="preserve">　　　　回程度）　</w:t>
            </w:r>
            <w:r>
              <w:rPr>
                <w:rFonts w:ascii="BIZ UDP明朝 Medium" w:eastAsia="BIZ UDP明朝 Medium" w:hAnsi="BIZ UDP明朝 Medium" w:hint="eastAsia"/>
                <w:sz w:val="24"/>
                <w:szCs w:val="24"/>
                <w:lang w:eastAsia="ja-JP"/>
              </w:rPr>
              <w:t xml:space="preserve">　□</w:t>
            </w:r>
            <w:r w:rsidRPr="008E6BCE">
              <w:rPr>
                <w:rFonts w:ascii="BIZ UDP明朝 Medium" w:eastAsia="BIZ UDP明朝 Medium" w:hAnsi="BIZ UDP明朝 Medium" w:hint="eastAsia"/>
                <w:sz w:val="24"/>
                <w:szCs w:val="24"/>
                <w:lang w:eastAsia="ja-JP"/>
              </w:rPr>
              <w:t>なし</w:t>
            </w:r>
          </w:p>
          <w:p w14:paraId="31074D90" w14:textId="77777777" w:rsidR="00A91EA7" w:rsidRPr="008E6BCE" w:rsidRDefault="00A91EA7" w:rsidP="00A91EA7">
            <w:pPr>
              <w:pStyle w:val="ae"/>
              <w:numPr>
                <w:ilvl w:val="0"/>
                <w:numId w:val="12"/>
              </w:numPr>
              <w:spacing w:line="480" w:lineRule="auto"/>
              <w:rPr>
                <w:rFonts w:ascii="BIZ UDP明朝 Medium" w:eastAsia="BIZ UDP明朝 Medium" w:hAnsi="BIZ UDP明朝 Medium"/>
                <w:sz w:val="24"/>
                <w:szCs w:val="24"/>
                <w:lang w:eastAsia="ja-JP"/>
              </w:rPr>
            </w:pPr>
            <w:r w:rsidRPr="008E6BCE">
              <w:rPr>
                <w:rFonts w:ascii="BIZ UDP明朝 Medium" w:eastAsia="BIZ UDP明朝 Medium" w:hAnsi="BIZ UDP明朝 Medium"/>
                <w:sz w:val="24"/>
                <w:szCs w:val="24"/>
                <w:lang w:eastAsia="ja-JP"/>
              </w:rPr>
              <w:t>その他</w:t>
            </w:r>
          </w:p>
        </w:tc>
      </w:tr>
    </w:tbl>
    <w:p w14:paraId="64416598" w14:textId="77777777" w:rsidR="00A91EA7" w:rsidRDefault="00A91EA7" w:rsidP="00910912">
      <w:pPr>
        <w:rPr>
          <w:lang w:eastAsia="ja-JP"/>
        </w:rPr>
      </w:pPr>
    </w:p>
    <w:p w14:paraId="3DD859F7" w14:textId="77777777" w:rsidR="00A91EA7" w:rsidRDefault="00A91EA7" w:rsidP="00FC0755">
      <w:pPr>
        <w:rPr>
          <w:rFonts w:ascii="BIZ UDP明朝 Medium" w:eastAsia="BIZ UDP明朝 Medium" w:hAnsi="BIZ UDP明朝 Medium"/>
          <w:sz w:val="22"/>
          <w:lang w:eastAsia="ja-JP"/>
        </w:rPr>
      </w:pPr>
    </w:p>
    <w:sectPr w:rsidR="00A91EA7" w:rsidSect="00A91EA7">
      <w:pgSz w:w="12240" w:h="15840"/>
      <w:pgMar w:top="426" w:right="1183" w:bottom="0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65432E"/>
    <w:multiLevelType w:val="hybridMultilevel"/>
    <w:tmpl w:val="8E1C3296"/>
    <w:lvl w:ilvl="0" w:tplc="BAA6FC86">
      <w:start w:val="1"/>
      <w:numFmt w:val="decimal"/>
      <w:lvlText w:val="%1"/>
      <w:lvlJc w:val="left"/>
      <w:pPr>
        <w:ind w:left="360" w:hanging="360"/>
      </w:pPr>
    </w:lvl>
    <w:lvl w:ilvl="1" w:tplc="8200ADB8">
      <w:start w:val="6"/>
      <w:numFmt w:val="bullet"/>
      <w:lvlText w:val="□"/>
      <w:lvlJc w:val="left"/>
      <w:pPr>
        <w:ind w:left="800" w:hanging="360"/>
      </w:pPr>
      <w:rPr>
        <w:rFonts w:ascii="BIZ UDP明朝 Medium" w:eastAsia="BIZ UDP明朝 Medium" w:hAnsi="BIZ UDP明朝 Medium" w:cstheme="minorBidi" w:hint="eastAsia"/>
      </w:rPr>
    </w:lvl>
    <w:lvl w:ilvl="2" w:tplc="1D384400">
      <w:start w:val="1"/>
      <w:numFmt w:val="decimalFullWidth"/>
      <w:lvlText w:val="（%3）"/>
      <w:lvlJc w:val="left"/>
      <w:pPr>
        <w:ind w:left="1600" w:hanging="720"/>
      </w:pPr>
    </w:lvl>
    <w:lvl w:ilvl="3" w:tplc="EA30B60C">
      <w:start w:val="5"/>
      <w:numFmt w:val="bullet"/>
      <w:lvlText w:val="※"/>
      <w:lvlJc w:val="left"/>
      <w:pPr>
        <w:ind w:left="1680" w:hanging="360"/>
      </w:pPr>
      <w:rPr>
        <w:rFonts w:ascii="BIZ UDP明朝 Medium" w:eastAsia="BIZ UDP明朝 Medium" w:hAnsi="BIZ UDP明朝 Medium" w:cstheme="minorBidi" w:hint="eastAsia"/>
      </w:r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7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134C7CEF"/>
    <w:multiLevelType w:val="hybridMultilevel"/>
    <w:tmpl w:val="7152EA96"/>
    <w:lvl w:ilvl="0" w:tplc="3766D6D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271F7D96"/>
    <w:multiLevelType w:val="hybridMultilevel"/>
    <w:tmpl w:val="3AF8B210"/>
    <w:lvl w:ilvl="0" w:tplc="D9786D36">
      <w:numFmt w:val="bullet"/>
      <w:lvlText w:val="○"/>
      <w:lvlJc w:val="left"/>
      <w:pPr>
        <w:ind w:left="2011" w:hanging="360"/>
      </w:pPr>
      <w:rPr>
        <w:rFonts w:ascii="BIZ UDP明朝 Medium" w:eastAsia="BIZ UDP明朝 Medium" w:hAnsi="BIZ UDP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531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71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11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851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91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31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171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611" w:hanging="440"/>
      </w:pPr>
      <w:rPr>
        <w:rFonts w:ascii="Wingdings" w:hAnsi="Wingdings" w:hint="default"/>
      </w:rPr>
    </w:lvl>
  </w:abstractNum>
  <w:num w:numId="1" w16cid:durableId="101262997">
    <w:abstractNumId w:val="8"/>
  </w:num>
  <w:num w:numId="2" w16cid:durableId="156460036">
    <w:abstractNumId w:val="6"/>
  </w:num>
  <w:num w:numId="3" w16cid:durableId="375784512">
    <w:abstractNumId w:val="5"/>
  </w:num>
  <w:num w:numId="4" w16cid:durableId="1118330728">
    <w:abstractNumId w:val="4"/>
  </w:num>
  <w:num w:numId="5" w16cid:durableId="1293707588">
    <w:abstractNumId w:val="7"/>
  </w:num>
  <w:num w:numId="6" w16cid:durableId="610475382">
    <w:abstractNumId w:val="3"/>
  </w:num>
  <w:num w:numId="7" w16cid:durableId="840580780">
    <w:abstractNumId w:val="2"/>
  </w:num>
  <w:num w:numId="8" w16cid:durableId="1465387395">
    <w:abstractNumId w:val="1"/>
  </w:num>
  <w:num w:numId="9" w16cid:durableId="1862207376">
    <w:abstractNumId w:val="0"/>
  </w:num>
  <w:num w:numId="10" w16cid:durableId="1451316965">
    <w:abstractNumId w:val="9"/>
    <w:lvlOverride w:ilvl="0">
      <w:startOverride w:val="1"/>
    </w:lvlOverride>
    <w:lvlOverride w:ilvl="1"/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87071756">
    <w:abstractNumId w:val="11"/>
  </w:num>
  <w:num w:numId="12" w16cid:durableId="10057877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0D90"/>
    <w:rsid w:val="0015074B"/>
    <w:rsid w:val="002749BB"/>
    <w:rsid w:val="002869F5"/>
    <w:rsid w:val="0029639D"/>
    <w:rsid w:val="00326F90"/>
    <w:rsid w:val="00432459"/>
    <w:rsid w:val="00435DF5"/>
    <w:rsid w:val="004B6C76"/>
    <w:rsid w:val="00585604"/>
    <w:rsid w:val="006317B3"/>
    <w:rsid w:val="006B7686"/>
    <w:rsid w:val="006C36E5"/>
    <w:rsid w:val="00714700"/>
    <w:rsid w:val="00962D36"/>
    <w:rsid w:val="00A91EA7"/>
    <w:rsid w:val="00AA1D8D"/>
    <w:rsid w:val="00B22E0A"/>
    <w:rsid w:val="00B340B1"/>
    <w:rsid w:val="00B47730"/>
    <w:rsid w:val="00C202FC"/>
    <w:rsid w:val="00CA112B"/>
    <w:rsid w:val="00CB0664"/>
    <w:rsid w:val="00EE7A88"/>
    <w:rsid w:val="00F42771"/>
    <w:rsid w:val="00F53ED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D934723"/>
  <w14:defaultImageDpi w14:val="300"/>
  <w15:docId w15:val="{8A62F1BF-C4D0-4F23-93B1-8C913D65C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ＭＳ ゴシック" w:eastAsia="ＭＳ ゴシック" w:hAnsi="ＭＳ ゴシック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174</Words>
  <Characters>997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user8</cp:lastModifiedBy>
  <cp:revision>2</cp:revision>
  <cp:lastPrinted>2026-05-13T05:45:00Z</cp:lastPrinted>
  <dcterms:created xsi:type="dcterms:W3CDTF">2026-07-31T03:25:00Z</dcterms:created>
  <dcterms:modified xsi:type="dcterms:W3CDTF">2026-07-31T03:25:00Z</dcterms:modified>
  <cp:category/>
</cp:coreProperties>
</file>