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3D0ED" w14:textId="77777777" w:rsidR="00F42771" w:rsidRPr="00B340B1" w:rsidRDefault="006B7686" w:rsidP="00585604">
      <w:pPr>
        <w:rPr>
          <w:rFonts w:ascii="BIZ UDP明朝 Medium" w:eastAsia="BIZ UDP明朝 Medium" w:hAnsi="BIZ UDP明朝 Medium"/>
          <w:lang w:eastAsia="zh-CN"/>
        </w:rPr>
      </w:pPr>
      <w:r w:rsidRPr="00B340B1">
        <w:rPr>
          <w:rFonts w:ascii="BIZ UDP明朝 Medium" w:eastAsia="BIZ UDP明朝 Medium" w:hAnsi="BIZ UDP明朝 Medium"/>
          <w:bCs/>
          <w:lang w:eastAsia="zh-CN"/>
        </w:rPr>
        <w:t>別記第１号様式（第７条関係）</w:t>
      </w:r>
    </w:p>
    <w:p w14:paraId="6EEB8C5F" w14:textId="307848A4" w:rsidR="00585604" w:rsidRPr="00B340B1" w:rsidRDefault="00585604" w:rsidP="00585604">
      <w:pPr>
        <w:widowControl w:val="0"/>
        <w:spacing w:after="0" w:line="240" w:lineRule="auto"/>
        <w:ind w:firstLineChars="121" w:firstLine="266"/>
        <w:jc w:val="right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  <w:t>年</w:t>
      </w:r>
      <w:r w:rsidR="00B340B1">
        <w:rPr>
          <w:rFonts w:ascii="BIZ UDP明朝 Medium" w:eastAsia="BIZ UDP明朝 Medium" w:hAnsi="BIZ UDP明朝 Medium" w:cs="Times New Roman" w:hint="eastAsia"/>
          <w:kern w:val="2"/>
          <w:sz w:val="22"/>
          <w:lang w:eastAsia="ja-JP"/>
          <w14:ligatures w14:val="standardContextual"/>
        </w:rPr>
        <w:t xml:space="preserve">　　</w:t>
      </w:r>
      <w:r w:rsidRPr="00B340B1"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  <w:t xml:space="preserve">　　月　</w:t>
      </w:r>
      <w:r w:rsidR="00B340B1">
        <w:rPr>
          <w:rFonts w:ascii="BIZ UDP明朝 Medium" w:eastAsia="BIZ UDP明朝 Medium" w:hAnsi="BIZ UDP明朝 Medium" w:cs="Times New Roman" w:hint="eastAsia"/>
          <w:kern w:val="2"/>
          <w:sz w:val="22"/>
          <w:lang w:eastAsia="ja-JP"/>
          <w14:ligatures w14:val="standardContextual"/>
        </w:rPr>
        <w:t xml:space="preserve">　　</w:t>
      </w:r>
      <w:r w:rsidRPr="00B340B1"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  <w:t xml:space="preserve">　日</w:t>
      </w:r>
    </w:p>
    <w:p w14:paraId="5D751005" w14:textId="77777777" w:rsidR="00585604" w:rsidRPr="00B340B1" w:rsidRDefault="00585604" w:rsidP="00585604">
      <w:pPr>
        <w:widowControl w:val="0"/>
        <w:spacing w:after="0" w:line="240" w:lineRule="auto"/>
        <w:jc w:val="right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</w:p>
    <w:p w14:paraId="6EF4853A" w14:textId="6C8956E7" w:rsidR="00585604" w:rsidRPr="00B340B1" w:rsidRDefault="00585604" w:rsidP="00585604">
      <w:pPr>
        <w:widowControl w:val="0"/>
        <w:spacing w:after="0" w:line="240" w:lineRule="auto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 xml:space="preserve">中央区文化・国際交流振興協会理事長 </w:t>
      </w:r>
      <w:r w:rsidR="00B340B1" w:rsidRPr="00B340B1"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>様</w:t>
      </w:r>
    </w:p>
    <w:p w14:paraId="35A7F41D" w14:textId="77777777" w:rsidR="00585604" w:rsidRPr="00B340B1" w:rsidRDefault="00585604" w:rsidP="00585604">
      <w:pPr>
        <w:widowControl w:val="0"/>
        <w:spacing w:after="0" w:line="240" w:lineRule="auto"/>
        <w:ind w:firstLineChars="121" w:firstLine="290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</w:p>
    <w:p w14:paraId="40DAC11F" w14:textId="77777777" w:rsidR="00090B82" w:rsidRDefault="00090B82" w:rsidP="00090B82">
      <w:pPr>
        <w:widowControl w:val="0"/>
        <w:spacing w:after="0" w:line="400" w:lineRule="exact"/>
        <w:ind w:firstLineChars="2303" w:firstLine="5527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>教室名</w:t>
      </w:r>
    </w:p>
    <w:p w14:paraId="232F9F40" w14:textId="77777777" w:rsidR="00090B82" w:rsidRDefault="00090B82" w:rsidP="00090B82">
      <w:pPr>
        <w:widowControl w:val="0"/>
        <w:spacing w:after="0" w:line="400" w:lineRule="exact"/>
        <w:ind w:firstLineChars="2303" w:firstLine="5527"/>
        <w:jc w:val="both"/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</w:pPr>
      <w:r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 xml:space="preserve">代表者　　　　　　　　　　　　　　　　　　　</w:t>
      </w:r>
      <w:r>
        <w:rPr>
          <w:rFonts w:ascii="BIZ UDP明朝 Medium" w:eastAsia="BIZ UDP明朝 Medium" w:hAnsi="BIZ UDP明朝 Medium" w:hint="eastAsia"/>
          <w:sz w:val="24"/>
          <w:szCs w:val="24"/>
        </w:rPr>
        <w:t>㊞</w:t>
      </w:r>
    </w:p>
    <w:p w14:paraId="74FD1DAF" w14:textId="77777777" w:rsidR="00090B82" w:rsidRDefault="00090B82" w:rsidP="00090B82">
      <w:pPr>
        <w:widowControl w:val="0"/>
        <w:spacing w:after="0" w:line="400" w:lineRule="exact"/>
        <w:ind w:leftChars="2632" w:left="5527"/>
        <w:jc w:val="both"/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</w:pPr>
      <w:r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>住　 所</w:t>
      </w:r>
    </w:p>
    <w:p w14:paraId="69B6E8BB" w14:textId="77777777" w:rsidR="00B340B1" w:rsidRPr="00090B82" w:rsidRDefault="00B340B1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8"/>
          <w:szCs w:val="28"/>
          <w:lang w:eastAsia="ja-JP"/>
          <w14:ligatures w14:val="standardContextual"/>
        </w:rPr>
      </w:pPr>
    </w:p>
    <w:p w14:paraId="56E7C13B" w14:textId="768F121D" w:rsidR="00585604" w:rsidRPr="00B340B1" w:rsidRDefault="00585604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8"/>
          <w:szCs w:val="28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8"/>
          <w:szCs w:val="28"/>
          <w:lang w:eastAsia="ja-JP"/>
          <w14:ligatures w14:val="standardContextual"/>
        </w:rPr>
        <w:t>日本語教室の開設・運営に係る支援等申請書</w:t>
      </w:r>
    </w:p>
    <w:p w14:paraId="13ECC9B4" w14:textId="77777777" w:rsidR="00585604" w:rsidRDefault="00585604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</w:p>
    <w:p w14:paraId="456DB1CD" w14:textId="77777777" w:rsidR="00B22E0A" w:rsidRPr="00B340B1" w:rsidRDefault="00B22E0A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</w:p>
    <w:p w14:paraId="41569CD5" w14:textId="77777777" w:rsidR="00B340B1" w:rsidRDefault="00585604" w:rsidP="00B22E0A">
      <w:pPr>
        <w:widowControl w:val="0"/>
        <w:spacing w:after="0" w:line="360" w:lineRule="auto"/>
        <w:ind w:firstLineChars="236" w:firstLine="566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 xml:space="preserve">わたくしどもが開設・運営する日本語教室について、貴協会に　　　　</w:t>
      </w:r>
      <w:r w:rsidR="00B340B1"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 xml:space="preserve">　　</w:t>
      </w: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 xml:space="preserve">　年度の支援等を</w:t>
      </w:r>
    </w:p>
    <w:p w14:paraId="7E02CCFD" w14:textId="5D708978" w:rsidR="00585604" w:rsidRPr="00B340B1" w:rsidRDefault="00585604" w:rsidP="00B22E0A">
      <w:pPr>
        <w:widowControl w:val="0"/>
        <w:spacing w:after="0" w:line="360" w:lineRule="auto"/>
        <w:ind w:firstLineChars="121" w:firstLine="290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>お願いいたしたく、関係書類を添えて申請いたします。</w:t>
      </w:r>
    </w:p>
    <w:p w14:paraId="7ED05875" w14:textId="77777777" w:rsidR="00B22E0A" w:rsidRDefault="00B22E0A" w:rsidP="00B340B1">
      <w:pPr>
        <w:jc w:val="center"/>
        <w:rPr>
          <w:rFonts w:ascii="BIZ UDP明朝 Medium" w:eastAsia="BIZ UDP明朝 Medium" w:hAnsi="BIZ UDP明朝 Medium"/>
          <w:sz w:val="24"/>
          <w:szCs w:val="24"/>
          <w:lang w:eastAsia="ja-JP"/>
        </w:rPr>
      </w:pPr>
    </w:p>
    <w:p w14:paraId="44090EE4" w14:textId="1C4ADB6B" w:rsidR="00CA112B" w:rsidRPr="00B340B1" w:rsidRDefault="00B340B1" w:rsidP="00B340B1">
      <w:pPr>
        <w:jc w:val="center"/>
        <w:rPr>
          <w:rFonts w:ascii="BIZ UDP明朝 Medium" w:eastAsia="BIZ UDP明朝 Medium" w:hAnsi="BIZ UDP明朝 Medium"/>
          <w:sz w:val="24"/>
          <w:szCs w:val="24"/>
          <w:lang w:eastAsia="ja-JP"/>
        </w:rPr>
      </w:pPr>
      <w:r w:rsidRPr="00B340B1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記</w:t>
      </w:r>
    </w:p>
    <w:tbl>
      <w:tblPr>
        <w:tblStyle w:val="afe"/>
        <w:tblpPr w:leftFromText="142" w:rightFromText="142" w:vertAnchor="page" w:horzAnchor="margin" w:tblpY="7021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B340B1" w:rsidRPr="00B340B1" w14:paraId="6CD2E68C" w14:textId="77777777" w:rsidTr="00B22E0A">
        <w:trPr>
          <w:trHeight w:val="127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CB23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 xml:space="preserve">1 </w:t>
            </w:r>
            <w:proofErr w:type="spellStart"/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>教室の目的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DF7F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</w:tc>
      </w:tr>
      <w:tr w:rsidR="00B340B1" w:rsidRPr="00B340B1" w14:paraId="585CC94F" w14:textId="77777777" w:rsidTr="00B22E0A">
        <w:trPr>
          <w:trHeight w:val="82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79C6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 xml:space="preserve">2 </w:t>
            </w:r>
            <w:proofErr w:type="spellStart"/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>参加予定者数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396F1" w14:textId="1DE7829F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 xml:space="preserve">指導者　　　　</w:t>
            </w: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zh-CN"/>
              </w:rPr>
              <w:t xml:space="preserve">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 xml:space="preserve">　名</w:t>
            </w:r>
          </w:p>
          <w:p w14:paraId="708278AF" w14:textId="558ADFBB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 xml:space="preserve">学習者　　　　　</w:t>
            </w: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zh-CN"/>
              </w:rPr>
              <w:t xml:space="preserve">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>名</w:t>
            </w:r>
          </w:p>
        </w:tc>
      </w:tr>
      <w:tr w:rsidR="00B340B1" w:rsidRPr="00B340B1" w14:paraId="36C33982" w14:textId="77777777" w:rsidTr="00B22E0A">
        <w:trPr>
          <w:trHeight w:val="74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3BFBA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>3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>対象学習者のレベル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2F37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</w:p>
        </w:tc>
      </w:tr>
      <w:tr w:rsidR="00B340B1" w:rsidRPr="00B340B1" w14:paraId="659BB669" w14:textId="77777777" w:rsidTr="00B22E0A">
        <w:trPr>
          <w:trHeight w:val="159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F2AF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>4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 xml:space="preserve"> 希望する支援</w:t>
            </w:r>
          </w:p>
          <w:p w14:paraId="66482832" w14:textId="77777777" w:rsidR="00B340B1" w:rsidRPr="00B340B1" w:rsidRDefault="00B340B1" w:rsidP="006C36E5">
            <w:pPr>
              <w:ind w:leftChars="125" w:left="263"/>
              <w:rPr>
                <w:rFonts w:ascii="BIZ UDP明朝 Medium" w:eastAsia="BIZ UDP明朝 Medium" w:hAnsi="BIZ UDP明朝 Medium"/>
                <w:bCs/>
                <w:sz w:val="20"/>
                <w:szCs w:val="20"/>
                <w:lang w:eastAsia="ja-JP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0"/>
                <w:szCs w:val="20"/>
                <w:lang w:eastAsia="ja-JP"/>
              </w:rPr>
              <w:t>＜該当する□にチェック「</w:t>
            </w:r>
            <w:r w:rsidRPr="00B340B1">
              <w:rPr>
                <w:rFonts w:ascii="Segoe UI Symbol" w:eastAsia="BIZ UDP明朝 Medium" w:hAnsi="Segoe UI Symbol" w:cs="Segoe UI Symbol"/>
                <w:bCs/>
                <w:sz w:val="20"/>
                <w:szCs w:val="20"/>
                <w:lang w:eastAsia="ja-JP"/>
              </w:rPr>
              <w:t>✔</w:t>
            </w:r>
            <w:r w:rsidRPr="00B340B1">
              <w:rPr>
                <w:rFonts w:ascii="BIZ UDP明朝 Medium" w:eastAsia="BIZ UDP明朝 Medium" w:hAnsi="BIZ UDP明朝 Medium"/>
                <w:bCs/>
                <w:sz w:val="20"/>
                <w:szCs w:val="20"/>
                <w:lang w:eastAsia="ja-JP"/>
              </w:rPr>
              <w:t>」＞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F37B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>□ 助成金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br/>
              <w:t>□ 貴協会の後援名義の使用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br/>
              <w:t>□ 学習者の紹介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br/>
              <w:t>□ 協会が管理するパーソナルコンピュータ及び複写機等の使用</w:t>
            </w:r>
          </w:p>
        </w:tc>
      </w:tr>
      <w:tr w:rsidR="00B340B1" w:rsidRPr="00B340B1" w14:paraId="7A0D263B" w14:textId="77777777" w:rsidTr="00B22E0A">
        <w:trPr>
          <w:trHeight w:val="77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B662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>5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>助成金の交付希望申請額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9815" w14:textId="4BB5FE32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 xml:space="preserve">　　　　　　</w:t>
            </w: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 xml:space="preserve">　　　　　　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 xml:space="preserve">　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>円</w:t>
            </w:r>
          </w:p>
        </w:tc>
      </w:tr>
    </w:tbl>
    <w:p w14:paraId="48752C51" w14:textId="77777777" w:rsidR="00B340B1" w:rsidRDefault="00B340B1" w:rsidP="00B340B1">
      <w:pPr>
        <w:rPr>
          <w:rFonts w:ascii="BIZ UDP明朝 Medium" w:eastAsia="BIZ UDP明朝 Medium" w:hAnsi="BIZ UDP明朝 Medium"/>
          <w:b/>
          <w:bCs/>
          <w:sz w:val="22"/>
          <w:lang w:eastAsia="ja-JP"/>
        </w:rPr>
      </w:pPr>
    </w:p>
    <w:p w14:paraId="1367F59E" w14:textId="1FE5A845" w:rsidR="00B340B1" w:rsidRPr="002749BB" w:rsidRDefault="00B340B1" w:rsidP="00B340B1">
      <w:pPr>
        <w:rPr>
          <w:rFonts w:ascii="BIZ UDP明朝 Medium" w:eastAsia="BIZ UDP明朝 Medium" w:hAnsi="BIZ UDP明朝 Medium"/>
          <w:sz w:val="24"/>
          <w:szCs w:val="24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６</w:t>
      </w:r>
      <w:r w:rsidRPr="002749BB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proofErr w:type="spellStart"/>
      <w:r w:rsidRPr="002749BB">
        <w:rPr>
          <w:rFonts w:ascii="BIZ UDP明朝 Medium" w:eastAsia="BIZ UDP明朝 Medium" w:hAnsi="BIZ UDP明朝 Medium" w:hint="eastAsia"/>
          <w:sz w:val="24"/>
          <w:szCs w:val="24"/>
        </w:rPr>
        <w:t>添付書類</w:t>
      </w:r>
      <w:proofErr w:type="spellEnd"/>
    </w:p>
    <w:p w14:paraId="16466C97" w14:textId="422F5479" w:rsidR="00B340B1" w:rsidRPr="002749BB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zh-CN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 xml:space="preserve">指導者名簿　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（</w:t>
      </w:r>
      <w:r w:rsidR="002869F5" w:rsidRPr="002869F5">
        <w:rPr>
          <w:rFonts w:ascii="BIZ UDP明朝 Medium" w:eastAsia="BIZ UDP明朝 Medium" w:hAnsi="BIZ UDP明朝 Medium"/>
          <w:sz w:val="24"/>
          <w:szCs w:val="24"/>
          <w:lang w:eastAsia="zh-CN"/>
        </w:rPr>
        <w:t>別記第2号様式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）</w:t>
      </w:r>
    </w:p>
    <w:p w14:paraId="26C0AD8E" w14:textId="4C7F6820" w:rsidR="00B340B1" w:rsidRPr="002749BB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ja-JP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 xml:space="preserve">事業計画書　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（</w:t>
      </w:r>
      <w:r w:rsidR="002869F5" w:rsidRPr="002869F5">
        <w:rPr>
          <w:rFonts w:ascii="BIZ UDP明朝 Medium" w:eastAsia="BIZ UDP明朝 Medium" w:hAnsi="BIZ UDP明朝 Medium"/>
          <w:sz w:val="24"/>
          <w:szCs w:val="24"/>
          <w:lang w:eastAsia="ja-JP"/>
        </w:rPr>
        <w:t>別記第3号様式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）</w:t>
      </w: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 xml:space="preserve">　※年度途中で変更の際は協会に事前連絡</w:t>
      </w:r>
    </w:p>
    <w:p w14:paraId="48CEEC1D" w14:textId="0989E548" w:rsidR="00B340B1" w:rsidRPr="002749BB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zh-CN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 xml:space="preserve">収支予算書　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（</w:t>
      </w:r>
      <w:r w:rsidR="002869F5" w:rsidRPr="002869F5">
        <w:rPr>
          <w:rFonts w:ascii="BIZ UDP明朝 Medium" w:eastAsia="BIZ UDP明朝 Medium" w:hAnsi="BIZ UDP明朝 Medium"/>
          <w:sz w:val="24"/>
          <w:szCs w:val="24"/>
          <w:lang w:eastAsia="zh-CN"/>
        </w:rPr>
        <w:t>第4号様式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）</w:t>
      </w:r>
    </w:p>
    <w:p w14:paraId="499E68C0" w14:textId="77777777" w:rsidR="00A91EA7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ja-JP"/>
        </w:rPr>
        <w:sectPr w:rsidR="00A91EA7" w:rsidSect="00B22E0A">
          <w:pgSz w:w="12240" w:h="15840"/>
          <w:pgMar w:top="709" w:right="1183" w:bottom="709" w:left="1418" w:header="720" w:footer="720" w:gutter="0"/>
          <w:cols w:space="720"/>
          <w:docGrid w:linePitch="360"/>
        </w:sect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その他　（　　　　　　　　　　　　　　　　　　　　　）</w:t>
      </w:r>
    </w:p>
    <w:p w14:paraId="71289552" w14:textId="77777777" w:rsidR="00A91EA7" w:rsidRDefault="00A91EA7" w:rsidP="00BB4E1A">
      <w:pPr>
        <w:ind w:left="142"/>
        <w:rPr>
          <w:rFonts w:ascii="BIZ UDP明朝 Medium" w:eastAsia="BIZ UDP明朝 Medium" w:hAnsi="BIZ UDP明朝 Medium"/>
          <w:sz w:val="22"/>
          <w:lang w:eastAsia="zh-CN"/>
        </w:rPr>
      </w:pPr>
      <w:r w:rsidRPr="00BB4E1A">
        <w:rPr>
          <w:rFonts w:ascii="BIZ UDP明朝 Medium" w:eastAsia="BIZ UDP明朝 Medium" w:hAnsi="BIZ UDP明朝 Medium" w:hint="eastAsia"/>
          <w:sz w:val="22"/>
          <w:lang w:eastAsia="zh-CN"/>
        </w:rPr>
        <w:lastRenderedPageBreak/>
        <w:t>別記第２号様式（第７条関係）</w:t>
      </w:r>
    </w:p>
    <w:p w14:paraId="2A64AEA5" w14:textId="18413B24" w:rsidR="00A91EA7" w:rsidRPr="002465EB" w:rsidRDefault="00A91EA7" w:rsidP="00F53ED2">
      <w:pPr>
        <w:ind w:left="142" w:firstLineChars="966" w:firstLine="2125"/>
        <w:rPr>
          <w:rFonts w:ascii="BIZ UDP明朝 Medium" w:eastAsia="BIZ UDP明朝 Medium" w:hAnsi="BIZ UDP明朝 Medium"/>
          <w:sz w:val="32"/>
          <w:szCs w:val="32"/>
          <w:lang w:eastAsia="zh-CN"/>
        </w:rPr>
      </w:pPr>
      <w:r w:rsidRPr="00BB4E1A">
        <w:rPr>
          <w:rFonts w:ascii="BIZ UDP明朝 Medium" w:eastAsia="BIZ UDP明朝 Medium" w:hAnsi="BIZ UDP明朝 Medium" w:hint="eastAsia"/>
          <w:sz w:val="22"/>
          <w:lang w:eastAsia="zh-CN"/>
        </w:rPr>
        <w:t xml:space="preserve">　</w:t>
      </w:r>
      <w:r w:rsidRPr="002465EB">
        <w:rPr>
          <w:rFonts w:ascii="BIZ UDP明朝 Medium" w:eastAsia="BIZ UDP明朝 Medium" w:hAnsi="BIZ UDP明朝 Medium" w:hint="eastAsia"/>
          <w:sz w:val="32"/>
          <w:szCs w:val="32"/>
          <w:lang w:eastAsia="zh-CN"/>
        </w:rPr>
        <w:t>指 導 者 名 簿</w:t>
      </w:r>
      <w:r>
        <w:rPr>
          <w:rFonts w:ascii="BIZ UDP明朝 Medium" w:eastAsia="BIZ UDP明朝 Medium" w:hAnsi="BIZ UDP明朝 Medium" w:hint="eastAsia"/>
          <w:sz w:val="32"/>
          <w:szCs w:val="32"/>
          <w:lang w:eastAsia="zh-CN"/>
        </w:rPr>
        <w:t xml:space="preserve">　　【</w:t>
      </w:r>
      <w:r w:rsidRPr="002465EB">
        <w:rPr>
          <w:rFonts w:ascii="BIZ UDP明朝 Medium" w:eastAsia="BIZ UDP明朝 Medium" w:hAnsi="BIZ UDP明朝 Medium"/>
          <w:sz w:val="24"/>
          <w:szCs w:val="24"/>
          <w:lang w:eastAsia="zh-CN"/>
        </w:rPr>
        <w:t>教室名</w:t>
      </w:r>
      <w:r w:rsidRPr="002465EB">
        <w:rPr>
          <w:rFonts w:ascii="BIZ UDP明朝 Medium" w:eastAsia="BIZ UDP明朝 Medium" w:hAnsi="BIZ UDP明朝 Medium"/>
          <w:sz w:val="32"/>
          <w:szCs w:val="32"/>
          <w:lang w:eastAsia="zh-CN"/>
        </w:rPr>
        <w:t xml:space="preserve">　　　　　　　　　　　</w:t>
      </w:r>
      <w:r>
        <w:rPr>
          <w:rFonts w:ascii="BIZ UDP明朝 Medium" w:eastAsia="BIZ UDP明朝 Medium" w:hAnsi="BIZ UDP明朝 Medium" w:hint="eastAsia"/>
          <w:sz w:val="32"/>
          <w:szCs w:val="32"/>
          <w:lang w:eastAsia="zh-CN"/>
        </w:rPr>
        <w:t xml:space="preserve">　　　】</w:t>
      </w:r>
    </w:p>
    <w:tbl>
      <w:tblPr>
        <w:tblStyle w:val="afe"/>
        <w:tblW w:w="10632" w:type="dxa"/>
        <w:tblInd w:w="-34" w:type="dxa"/>
        <w:tblLook w:val="04A0" w:firstRow="1" w:lastRow="0" w:firstColumn="1" w:lastColumn="0" w:noHBand="0" w:noVBand="1"/>
      </w:tblPr>
      <w:tblGrid>
        <w:gridCol w:w="505"/>
        <w:gridCol w:w="2472"/>
        <w:gridCol w:w="3150"/>
        <w:gridCol w:w="1953"/>
        <w:gridCol w:w="1134"/>
        <w:gridCol w:w="1418"/>
      </w:tblGrid>
      <w:tr w:rsidR="00A91EA7" w14:paraId="1BA08C1A" w14:textId="77777777" w:rsidTr="002465EB">
        <w:trPr>
          <w:trHeight w:val="838"/>
        </w:trPr>
        <w:tc>
          <w:tcPr>
            <w:tcW w:w="505" w:type="dxa"/>
          </w:tcPr>
          <w:p w14:paraId="738CBE04" w14:textId="77777777" w:rsidR="00A91EA7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№</w:t>
            </w:r>
          </w:p>
        </w:tc>
        <w:tc>
          <w:tcPr>
            <w:tcW w:w="2472" w:type="dxa"/>
          </w:tcPr>
          <w:p w14:paraId="796283A1" w14:textId="77777777" w:rsidR="00A91EA7" w:rsidRPr="00D23731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　　名</w:t>
            </w:r>
          </w:p>
        </w:tc>
        <w:tc>
          <w:tcPr>
            <w:tcW w:w="3150" w:type="dxa"/>
          </w:tcPr>
          <w:p w14:paraId="5360B225" w14:textId="77777777" w:rsidR="00A91EA7" w:rsidRPr="00D23731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住　　所</w:t>
            </w:r>
          </w:p>
        </w:tc>
        <w:tc>
          <w:tcPr>
            <w:tcW w:w="1953" w:type="dxa"/>
          </w:tcPr>
          <w:p w14:paraId="3F9F1C9E" w14:textId="77777777" w:rsidR="00A91EA7" w:rsidRPr="002465EB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465E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1134" w:type="dxa"/>
          </w:tcPr>
          <w:p w14:paraId="5619B7CF" w14:textId="77777777" w:rsidR="00A91EA7" w:rsidRPr="009C4DC8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9C4DC8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養成講座受講年度</w:t>
            </w:r>
          </w:p>
        </w:tc>
        <w:tc>
          <w:tcPr>
            <w:tcW w:w="1418" w:type="dxa"/>
          </w:tcPr>
          <w:p w14:paraId="33AD54F2" w14:textId="77777777" w:rsidR="00A91EA7" w:rsidRPr="00D23731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18"/>
                <w:szCs w:val="18"/>
                <w:lang w:eastAsia="ja-JP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18"/>
                <w:szCs w:val="18"/>
                <w:lang w:eastAsia="ja-JP"/>
              </w:rPr>
              <w:t>※ボランティア登録番号</w:t>
            </w:r>
          </w:p>
        </w:tc>
      </w:tr>
      <w:tr w:rsidR="00A91EA7" w14:paraId="3CD5CA76" w14:textId="77777777" w:rsidTr="002465EB">
        <w:trPr>
          <w:trHeight w:val="684"/>
        </w:trPr>
        <w:tc>
          <w:tcPr>
            <w:tcW w:w="505" w:type="dxa"/>
          </w:tcPr>
          <w:p w14:paraId="792B8028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</w:t>
            </w:r>
          </w:p>
        </w:tc>
        <w:tc>
          <w:tcPr>
            <w:tcW w:w="2472" w:type="dxa"/>
          </w:tcPr>
          <w:p w14:paraId="14E08003" w14:textId="77777777" w:rsidR="00A91EA7" w:rsidRPr="002465EB" w:rsidRDefault="00A91EA7" w:rsidP="00D23731">
            <w:pPr>
              <w:spacing w:after="24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2465EB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代表者</w:t>
            </w:r>
          </w:p>
        </w:tc>
        <w:tc>
          <w:tcPr>
            <w:tcW w:w="3150" w:type="dxa"/>
          </w:tcPr>
          <w:p w14:paraId="039BA1C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0499E2A1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1E97E8B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44C7B77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3DFC1C5F" w14:textId="77777777" w:rsidTr="002465EB">
        <w:trPr>
          <w:trHeight w:val="703"/>
        </w:trPr>
        <w:tc>
          <w:tcPr>
            <w:tcW w:w="505" w:type="dxa"/>
          </w:tcPr>
          <w:p w14:paraId="70C4EB3A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2</w:t>
            </w:r>
          </w:p>
        </w:tc>
        <w:tc>
          <w:tcPr>
            <w:tcW w:w="2472" w:type="dxa"/>
          </w:tcPr>
          <w:p w14:paraId="4D81128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6BB05B4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67AB4A6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1530CF1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A244F1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72546BD6" w14:textId="77777777" w:rsidTr="002465EB">
        <w:trPr>
          <w:trHeight w:val="713"/>
        </w:trPr>
        <w:tc>
          <w:tcPr>
            <w:tcW w:w="505" w:type="dxa"/>
          </w:tcPr>
          <w:p w14:paraId="0BD946A0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3</w:t>
            </w:r>
          </w:p>
        </w:tc>
        <w:tc>
          <w:tcPr>
            <w:tcW w:w="2472" w:type="dxa"/>
          </w:tcPr>
          <w:p w14:paraId="297720F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5A39AB4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716DB2E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1875A43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74295FF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2CD4C533" w14:textId="77777777" w:rsidTr="002465EB">
        <w:trPr>
          <w:trHeight w:val="695"/>
        </w:trPr>
        <w:tc>
          <w:tcPr>
            <w:tcW w:w="505" w:type="dxa"/>
          </w:tcPr>
          <w:p w14:paraId="2BB9E58F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4</w:t>
            </w:r>
          </w:p>
        </w:tc>
        <w:tc>
          <w:tcPr>
            <w:tcW w:w="2472" w:type="dxa"/>
          </w:tcPr>
          <w:p w14:paraId="15A8595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677655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D78CB6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7E1FD27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5D9BA8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7B28E6EC" w14:textId="77777777" w:rsidTr="002465EB">
        <w:trPr>
          <w:trHeight w:val="705"/>
        </w:trPr>
        <w:tc>
          <w:tcPr>
            <w:tcW w:w="505" w:type="dxa"/>
          </w:tcPr>
          <w:p w14:paraId="799E034D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5</w:t>
            </w:r>
          </w:p>
        </w:tc>
        <w:tc>
          <w:tcPr>
            <w:tcW w:w="2472" w:type="dxa"/>
          </w:tcPr>
          <w:p w14:paraId="3DF18FA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7206B5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1C367A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06CA3E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2D9734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41ADBB82" w14:textId="77777777" w:rsidTr="002465EB">
        <w:trPr>
          <w:trHeight w:val="703"/>
        </w:trPr>
        <w:tc>
          <w:tcPr>
            <w:tcW w:w="505" w:type="dxa"/>
          </w:tcPr>
          <w:p w14:paraId="6B2FF467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6</w:t>
            </w:r>
          </w:p>
        </w:tc>
        <w:tc>
          <w:tcPr>
            <w:tcW w:w="2472" w:type="dxa"/>
          </w:tcPr>
          <w:p w14:paraId="29BFF93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44C9BA08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09F29E1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BA6F83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0F8D7AD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276F931F" w14:textId="77777777" w:rsidTr="002465EB">
        <w:trPr>
          <w:trHeight w:val="713"/>
        </w:trPr>
        <w:tc>
          <w:tcPr>
            <w:tcW w:w="505" w:type="dxa"/>
          </w:tcPr>
          <w:p w14:paraId="40FF2F50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7</w:t>
            </w:r>
          </w:p>
        </w:tc>
        <w:tc>
          <w:tcPr>
            <w:tcW w:w="2472" w:type="dxa"/>
          </w:tcPr>
          <w:p w14:paraId="18C6D5A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1EFFF78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CC70FC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5BB4AE5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3D920FA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5CA5032C" w14:textId="77777777" w:rsidTr="002465EB">
        <w:trPr>
          <w:trHeight w:val="695"/>
        </w:trPr>
        <w:tc>
          <w:tcPr>
            <w:tcW w:w="505" w:type="dxa"/>
          </w:tcPr>
          <w:p w14:paraId="7E6BE619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8</w:t>
            </w:r>
          </w:p>
        </w:tc>
        <w:tc>
          <w:tcPr>
            <w:tcW w:w="2472" w:type="dxa"/>
          </w:tcPr>
          <w:p w14:paraId="0C67451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0D3696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7980C9D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5CCC73D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A85734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084E8C27" w14:textId="77777777" w:rsidTr="002465EB">
        <w:trPr>
          <w:trHeight w:val="705"/>
        </w:trPr>
        <w:tc>
          <w:tcPr>
            <w:tcW w:w="505" w:type="dxa"/>
          </w:tcPr>
          <w:p w14:paraId="4177A3A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9</w:t>
            </w:r>
          </w:p>
        </w:tc>
        <w:tc>
          <w:tcPr>
            <w:tcW w:w="2472" w:type="dxa"/>
          </w:tcPr>
          <w:p w14:paraId="25CDEA0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6797D66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4708E85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BC5161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12EC24D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50945372" w14:textId="77777777" w:rsidTr="002465EB">
        <w:trPr>
          <w:trHeight w:val="703"/>
        </w:trPr>
        <w:tc>
          <w:tcPr>
            <w:tcW w:w="505" w:type="dxa"/>
          </w:tcPr>
          <w:p w14:paraId="4863562F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10</w:t>
            </w:r>
          </w:p>
        </w:tc>
        <w:tc>
          <w:tcPr>
            <w:tcW w:w="2472" w:type="dxa"/>
          </w:tcPr>
          <w:p w14:paraId="25EE34C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3E6A5DE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11A12A9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EEB4A6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3932F8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411FC383" w14:textId="77777777" w:rsidTr="002465EB">
        <w:trPr>
          <w:trHeight w:val="713"/>
        </w:trPr>
        <w:tc>
          <w:tcPr>
            <w:tcW w:w="505" w:type="dxa"/>
          </w:tcPr>
          <w:p w14:paraId="655215BA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11</w:t>
            </w:r>
          </w:p>
        </w:tc>
        <w:tc>
          <w:tcPr>
            <w:tcW w:w="2472" w:type="dxa"/>
          </w:tcPr>
          <w:p w14:paraId="19186E31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59481DA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EA7417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186BD2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191476D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684DDACD" w14:textId="77777777" w:rsidTr="002465EB">
        <w:trPr>
          <w:trHeight w:val="695"/>
        </w:trPr>
        <w:tc>
          <w:tcPr>
            <w:tcW w:w="505" w:type="dxa"/>
          </w:tcPr>
          <w:p w14:paraId="7A9C554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12</w:t>
            </w:r>
          </w:p>
        </w:tc>
        <w:tc>
          <w:tcPr>
            <w:tcW w:w="2472" w:type="dxa"/>
          </w:tcPr>
          <w:p w14:paraId="5A8052B8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07F2331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719EAF7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FBDD48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608EFB5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3C48BB8B" w14:textId="77777777" w:rsidTr="002465EB">
        <w:trPr>
          <w:trHeight w:val="705"/>
        </w:trPr>
        <w:tc>
          <w:tcPr>
            <w:tcW w:w="505" w:type="dxa"/>
          </w:tcPr>
          <w:p w14:paraId="0DCFD74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13</w:t>
            </w:r>
          </w:p>
        </w:tc>
        <w:tc>
          <w:tcPr>
            <w:tcW w:w="2472" w:type="dxa"/>
          </w:tcPr>
          <w:p w14:paraId="7982420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152B660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CF5D49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DEA5C1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62DC662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12EE72A2" w14:textId="77777777" w:rsidTr="002465EB">
        <w:trPr>
          <w:trHeight w:val="703"/>
        </w:trPr>
        <w:tc>
          <w:tcPr>
            <w:tcW w:w="505" w:type="dxa"/>
          </w:tcPr>
          <w:p w14:paraId="4D4F8C40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14</w:t>
            </w:r>
          </w:p>
        </w:tc>
        <w:tc>
          <w:tcPr>
            <w:tcW w:w="2472" w:type="dxa"/>
          </w:tcPr>
          <w:p w14:paraId="7FC45B6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2AF3445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191102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45246BA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14298D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64DFC572" w14:textId="77777777" w:rsidTr="002465EB">
        <w:trPr>
          <w:trHeight w:val="713"/>
        </w:trPr>
        <w:tc>
          <w:tcPr>
            <w:tcW w:w="505" w:type="dxa"/>
          </w:tcPr>
          <w:p w14:paraId="60B0745C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15</w:t>
            </w:r>
          </w:p>
        </w:tc>
        <w:tc>
          <w:tcPr>
            <w:tcW w:w="2472" w:type="dxa"/>
          </w:tcPr>
          <w:p w14:paraId="6C6CE08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27EDDB6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6B07DCB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27AAEC1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6330DEC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4CD6F8DA" w14:textId="77777777" w:rsidTr="002465EB">
        <w:trPr>
          <w:trHeight w:val="695"/>
        </w:trPr>
        <w:tc>
          <w:tcPr>
            <w:tcW w:w="505" w:type="dxa"/>
          </w:tcPr>
          <w:p w14:paraId="77A68CFD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16</w:t>
            </w:r>
          </w:p>
        </w:tc>
        <w:tc>
          <w:tcPr>
            <w:tcW w:w="2472" w:type="dxa"/>
          </w:tcPr>
          <w:p w14:paraId="4B7BB94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64808E5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2E0C75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744C2F7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9C6DB4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65F0B85D" w14:textId="77777777" w:rsidTr="002465EB">
        <w:trPr>
          <w:trHeight w:val="695"/>
        </w:trPr>
        <w:tc>
          <w:tcPr>
            <w:tcW w:w="505" w:type="dxa"/>
          </w:tcPr>
          <w:p w14:paraId="6E1596AA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17</w:t>
            </w:r>
          </w:p>
        </w:tc>
        <w:tc>
          <w:tcPr>
            <w:tcW w:w="2472" w:type="dxa"/>
          </w:tcPr>
          <w:p w14:paraId="4D41DEE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312554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215F936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AA7099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5270B7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2E884C00" w14:textId="77777777" w:rsidTr="002465EB">
        <w:trPr>
          <w:trHeight w:val="705"/>
        </w:trPr>
        <w:tc>
          <w:tcPr>
            <w:tcW w:w="505" w:type="dxa"/>
          </w:tcPr>
          <w:p w14:paraId="5EDDAE9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18</w:t>
            </w:r>
          </w:p>
        </w:tc>
        <w:tc>
          <w:tcPr>
            <w:tcW w:w="2472" w:type="dxa"/>
          </w:tcPr>
          <w:p w14:paraId="797F926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2E21229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483896F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E03ECE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37A420B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7CA6876A" w14:textId="77777777" w:rsidR="00A91EA7" w:rsidRDefault="00A91EA7" w:rsidP="00FC0755">
      <w:pPr>
        <w:rPr>
          <w:rFonts w:ascii="BIZ UDP明朝 Medium" w:eastAsia="BIZ UDP明朝 Medium" w:hAnsi="BIZ UDP明朝 Medium"/>
          <w:sz w:val="22"/>
          <w:lang w:eastAsia="ja-JP"/>
        </w:rPr>
        <w:sectPr w:rsidR="00A91EA7" w:rsidSect="00A91EA7">
          <w:pgSz w:w="12240" w:h="15840"/>
          <w:pgMar w:top="426" w:right="1183" w:bottom="0" w:left="851" w:header="720" w:footer="720" w:gutter="0"/>
          <w:cols w:space="720"/>
          <w:docGrid w:linePitch="360"/>
        </w:sectPr>
      </w:pPr>
      <w:r>
        <w:rPr>
          <w:rFonts w:ascii="BIZ UDP明朝 Medium" w:eastAsia="BIZ UDP明朝 Medium" w:hAnsi="BIZ UDP明朝 Medium" w:hint="eastAsia"/>
          <w:sz w:val="22"/>
          <w:lang w:eastAsia="ja-JP"/>
        </w:rPr>
        <w:t>※「ボランティア登録番号」欄は何も記入しないでください。</w:t>
      </w:r>
    </w:p>
    <w:p w14:paraId="449503D7" w14:textId="77777777" w:rsidR="00A91EA7" w:rsidRPr="00910912" w:rsidRDefault="00A91EA7" w:rsidP="00F53ED2">
      <w:pPr>
        <w:ind w:leftChars="-338" w:left="-9" w:hangingChars="334" w:hanging="701"/>
        <w:rPr>
          <w:rFonts w:ascii="BIZ UDP明朝 Medium" w:eastAsia="BIZ UDP明朝 Medium" w:hAnsi="BIZ UDP明朝 Medium"/>
          <w:bCs/>
          <w:lang w:eastAsia="zh-CN"/>
        </w:rPr>
      </w:pPr>
      <w:r w:rsidRPr="00910912">
        <w:rPr>
          <w:rFonts w:ascii="BIZ UDP明朝 Medium" w:eastAsia="BIZ UDP明朝 Medium" w:hAnsi="BIZ UDP明朝 Medium"/>
          <w:bCs/>
          <w:lang w:eastAsia="zh-CN"/>
        </w:rPr>
        <w:lastRenderedPageBreak/>
        <w:t>別記第３号様式（第７条関係）</w:t>
      </w:r>
      <w:r w:rsidRPr="00910912">
        <w:rPr>
          <w:rFonts w:ascii="BIZ UDP明朝 Medium" w:eastAsia="BIZ UDP明朝 Medium" w:hAnsi="BIZ UDP明朝 Medium"/>
          <w:bCs/>
          <w:lang w:eastAsia="zh-CN"/>
        </w:rPr>
        <w:br/>
      </w:r>
    </w:p>
    <w:p w14:paraId="23C11B03" w14:textId="77777777" w:rsidR="00A91EA7" w:rsidRPr="00910912" w:rsidRDefault="00A91EA7" w:rsidP="008E6BCE">
      <w:pPr>
        <w:ind w:firstLineChars="1063" w:firstLine="3403"/>
        <w:rPr>
          <w:rFonts w:ascii="BIZ UDP明朝 Medium" w:eastAsia="BIZ UDP明朝 Medium" w:hAnsi="BIZ UDP明朝 Medium"/>
          <w:sz w:val="32"/>
          <w:szCs w:val="32"/>
          <w:lang w:eastAsia="zh-CN"/>
        </w:rPr>
      </w:pPr>
      <w:r w:rsidRPr="00910912">
        <w:rPr>
          <w:rFonts w:ascii="BIZ UDP明朝 Medium" w:eastAsia="BIZ UDP明朝 Medium" w:hAnsi="BIZ UDP明朝 Medium"/>
          <w:b/>
          <w:sz w:val="32"/>
          <w:szCs w:val="32"/>
          <w:lang w:eastAsia="zh-CN"/>
        </w:rPr>
        <w:t>年度 事業計画書</w:t>
      </w:r>
    </w:p>
    <w:tbl>
      <w:tblPr>
        <w:tblStyle w:val="afe"/>
        <w:tblW w:w="10490" w:type="dxa"/>
        <w:jc w:val="center"/>
        <w:tblLook w:val="04A0" w:firstRow="1" w:lastRow="0" w:firstColumn="1" w:lastColumn="0" w:noHBand="0" w:noVBand="1"/>
      </w:tblPr>
      <w:tblGrid>
        <w:gridCol w:w="1843"/>
        <w:gridCol w:w="4248"/>
        <w:gridCol w:w="4399"/>
      </w:tblGrid>
      <w:tr w:rsidR="00A91EA7" w:rsidRPr="00910912" w14:paraId="7D6FF871" w14:textId="77777777" w:rsidTr="00876480">
        <w:trPr>
          <w:trHeight w:val="7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F5A4" w14:textId="77777777" w:rsidR="00A91EA7" w:rsidRPr="00910912" w:rsidRDefault="00A91EA7" w:rsidP="009C0795">
            <w:pPr>
              <w:ind w:left="840" w:hangingChars="400" w:hanging="840"/>
              <w:rPr>
                <w:rFonts w:ascii="BIZ UDP明朝 Medium" w:eastAsia="BIZ UDP明朝 Medium" w:hAnsi="BIZ UDP明朝 Medium"/>
                <w:b/>
                <w:sz w:val="18"/>
                <w:szCs w:val="18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b/>
                <w:lang w:eastAsia="ja-JP"/>
              </w:rPr>
              <w:t xml:space="preserve">1 </w:t>
            </w: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  <w:t>教室名</w:t>
            </w:r>
            <w:r w:rsidRPr="008E6BCE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:</w:t>
            </w:r>
            <w:r w:rsidRPr="00910912">
              <w:rPr>
                <w:rFonts w:ascii="BIZ UDP明朝 Medium" w:eastAsia="BIZ UDP明朝 Medium" w:hAnsi="BIZ UDP明朝 Medium" w:hint="eastAsia"/>
                <w:b/>
                <w:lang w:eastAsia="ja-JP"/>
              </w:rPr>
              <w:t xml:space="preserve"> </w:t>
            </w:r>
            <w:r w:rsidRPr="00910912">
              <w:rPr>
                <w:rFonts w:ascii="BIZ UDP明朝 Medium" w:eastAsia="BIZ UDP明朝 Medium" w:hAnsi="BIZ UDP明朝 Medium"/>
                <w:b/>
                <w:sz w:val="18"/>
                <w:szCs w:val="18"/>
                <w:lang w:eastAsia="ja-JP"/>
              </w:rPr>
              <w:t>ふりがな</w:t>
            </w:r>
          </w:p>
          <w:p w14:paraId="2B1D6D38" w14:textId="77777777" w:rsidR="00A91EA7" w:rsidRPr="00910912" w:rsidRDefault="00A91EA7" w:rsidP="009C0795">
            <w:pPr>
              <w:ind w:leftChars="100" w:left="750" w:hangingChars="300" w:hanging="540"/>
              <w:rPr>
                <w:rFonts w:ascii="BIZ UDP明朝 Medium" w:eastAsia="BIZ UDP明朝 Medium" w:hAnsi="BIZ UDP明朝 Medium"/>
                <w:b/>
                <w:sz w:val="18"/>
                <w:szCs w:val="18"/>
                <w:lang w:eastAsia="ja-JP"/>
              </w:rPr>
            </w:pPr>
          </w:p>
          <w:p w14:paraId="22F3D29D" w14:textId="77777777" w:rsidR="00A91EA7" w:rsidRPr="00910912" w:rsidRDefault="00A91EA7" w:rsidP="009C0795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39FA2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開設：　　　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年　　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月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　日</w:t>
            </w:r>
          </w:p>
        </w:tc>
      </w:tr>
      <w:tr w:rsidR="00A91EA7" w:rsidRPr="00910912" w14:paraId="3BB79E18" w14:textId="77777777" w:rsidTr="00756BCF">
        <w:trPr>
          <w:trHeight w:val="505"/>
          <w:jc w:val="center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9B0B26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  <w:r w:rsidRPr="00910912">
              <w:rPr>
                <w:rFonts w:ascii="BIZ UDP明朝 Medium" w:eastAsia="BIZ UDP明朝 Medium" w:hAnsi="BIZ UDP明朝 Medium"/>
                <w:b/>
              </w:rPr>
              <w:t>2</w:t>
            </w: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 </w:t>
            </w:r>
            <w:r w:rsidRPr="008E6BCE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教室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代表者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93A3" w14:textId="77777777" w:rsidR="00A91EA7" w:rsidRPr="00910912" w:rsidRDefault="00A91EA7" w:rsidP="00496521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氏名：</w:t>
            </w:r>
          </w:p>
        </w:tc>
      </w:tr>
      <w:tr w:rsidR="00A91EA7" w:rsidRPr="00910912" w14:paraId="5FC9D6AF" w14:textId="77777777" w:rsidTr="00756BCF">
        <w:trPr>
          <w:trHeight w:val="505"/>
          <w:jc w:val="center"/>
        </w:trPr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8DC4F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7128" w14:textId="77777777" w:rsidR="00A91EA7" w:rsidRPr="00910912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住所</w:t>
            </w:r>
            <w:r w:rsidRPr="00910912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：</w:t>
            </w:r>
          </w:p>
        </w:tc>
      </w:tr>
      <w:tr w:rsidR="00A91EA7" w:rsidRPr="00910912" w14:paraId="3FACE5EF" w14:textId="77777777" w:rsidTr="00876480">
        <w:trPr>
          <w:trHeight w:val="505"/>
          <w:jc w:val="center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D888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</w:rPr>
            </w:pP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B4E5" w14:textId="77777777" w:rsidR="00A91EA7" w:rsidRPr="00910912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電話：                      　　　　　　　　　　　　　　　　　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86B6" w14:textId="77777777" w:rsidR="00A91EA7" w:rsidRPr="00910912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email：　</w:t>
            </w:r>
          </w:p>
        </w:tc>
      </w:tr>
      <w:tr w:rsidR="00A91EA7" w:rsidRPr="00910912" w14:paraId="6F910640" w14:textId="77777777" w:rsidTr="00144829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D85D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3362601F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b/>
              </w:rPr>
              <w:t xml:space="preserve">3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開催期間</w:t>
            </w:r>
            <w:proofErr w:type="spellEnd"/>
          </w:p>
          <w:p w14:paraId="600E5429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8D00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lang w:eastAsia="ja-JP"/>
              </w:rPr>
              <w:t xml:space="preserve">　　　　</w:t>
            </w:r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年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　月　　　日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から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年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月　　　日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まで</w:t>
            </w:r>
          </w:p>
        </w:tc>
      </w:tr>
      <w:tr w:rsidR="00A91EA7" w:rsidRPr="00910912" w14:paraId="05B8AF2B" w14:textId="77777777" w:rsidTr="00144829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A981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  <w:r w:rsidRPr="00910912">
              <w:rPr>
                <w:rFonts w:ascii="BIZ UDP明朝 Medium" w:eastAsia="BIZ UDP明朝 Medium" w:hAnsi="BIZ UDP明朝 Medium"/>
                <w:b/>
              </w:rPr>
              <w:t xml:space="preserve">4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開催場所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533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lang w:eastAsia="ja-JP"/>
              </w:rPr>
              <w:br/>
            </w:r>
            <w:proofErr w:type="spellStart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施設名</w:t>
            </w:r>
            <w:proofErr w:type="spellEnd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：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</w:t>
            </w:r>
            <w:r w:rsidRPr="00910912">
              <w:rPr>
                <w:rFonts w:ascii="BIZ UDP明朝 Medium" w:eastAsia="BIZ UDP明朝 Medium" w:hAnsi="BIZ UDP明朝 Medium" w:hint="eastAsia"/>
                <w:lang w:eastAsia="ja-JP"/>
              </w:rPr>
              <w:t xml:space="preserve">　　　　　　　　　　　　　　</w:t>
            </w:r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　　　　　</w:t>
            </w:r>
            <w:proofErr w:type="spellStart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所在地</w:t>
            </w:r>
            <w:proofErr w:type="spellEnd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：</w:t>
            </w:r>
          </w:p>
          <w:p w14:paraId="4BE0AF7A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</w:rPr>
              <w:t xml:space="preserve">　　　　　　　　　　　　　　</w:t>
            </w:r>
          </w:p>
        </w:tc>
      </w:tr>
      <w:tr w:rsidR="00A91EA7" w:rsidRPr="00910912" w14:paraId="394EDF86" w14:textId="77777777" w:rsidTr="00144829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C1EA" w14:textId="77777777" w:rsidR="00A91EA7" w:rsidRPr="00910912" w:rsidRDefault="00A91EA7" w:rsidP="00144829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322FF7D0" w14:textId="77777777" w:rsidR="00A91EA7" w:rsidRPr="00910912" w:rsidRDefault="00A91EA7" w:rsidP="00144829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b/>
                <w:lang w:eastAsia="ja-JP"/>
              </w:rPr>
              <w:t>5</w:t>
            </w: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  <w:t xml:space="preserve"> 開催日</w:t>
            </w: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・</w:t>
            </w:r>
            <w:r w:rsidRPr="008E6BCE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時間</w:t>
            </w:r>
          </w:p>
          <w:p w14:paraId="7542BD2D" w14:textId="77777777" w:rsidR="00A91EA7" w:rsidRPr="00910912" w:rsidRDefault="00A91EA7" w:rsidP="00144829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66A7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</w:tr>
    </w:tbl>
    <w:p w14:paraId="21E1DCC4" w14:textId="77777777" w:rsidR="00A91EA7" w:rsidRPr="00910912" w:rsidRDefault="00A91EA7">
      <w:pPr>
        <w:rPr>
          <w:rFonts w:ascii="BIZ UDP明朝 Medium" w:eastAsia="BIZ UDP明朝 Medium" w:hAnsi="BIZ UDP明朝 Medium"/>
          <w:lang w:eastAsia="ja-JP"/>
        </w:rPr>
      </w:pPr>
    </w:p>
    <w:p w14:paraId="70DF10CF" w14:textId="77777777" w:rsidR="00A91EA7" w:rsidRPr="008E6BCE" w:rsidRDefault="00A91EA7" w:rsidP="00F53ED2">
      <w:pPr>
        <w:ind w:leftChars="-136" w:left="113" w:hangingChars="166" w:hanging="399"/>
        <w:rPr>
          <w:rFonts w:ascii="BIZ UDP明朝 Medium" w:eastAsia="BIZ UDP明朝 Medium" w:hAnsi="BIZ UDP明朝 Medium"/>
          <w:sz w:val="24"/>
          <w:szCs w:val="24"/>
        </w:rPr>
      </w:pPr>
      <w:r w:rsidRPr="008E6BCE">
        <w:rPr>
          <w:rFonts w:ascii="BIZ UDP明朝 Medium" w:eastAsia="BIZ UDP明朝 Medium" w:hAnsi="BIZ UDP明朝 Medium"/>
          <w:b/>
          <w:sz w:val="24"/>
          <w:szCs w:val="24"/>
        </w:rPr>
        <w:t xml:space="preserve">6 </w:t>
      </w:r>
      <w:proofErr w:type="spellStart"/>
      <w:r w:rsidRPr="008E6BCE">
        <w:rPr>
          <w:rFonts w:ascii="BIZ UDP明朝 Medium" w:eastAsia="BIZ UDP明朝 Medium" w:hAnsi="BIZ UDP明朝 Medium"/>
          <w:b/>
          <w:sz w:val="24"/>
          <w:szCs w:val="24"/>
        </w:rPr>
        <w:t>月別開催予定回数</w:t>
      </w:r>
      <w:proofErr w:type="spellEnd"/>
    </w:p>
    <w:tbl>
      <w:tblPr>
        <w:tblStyle w:val="afe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</w:tblGrid>
      <w:tr w:rsidR="00A91EA7" w:rsidRPr="00910912" w14:paraId="4EEF06D4" w14:textId="77777777" w:rsidTr="00F53ED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CB96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1308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F611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D40D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C386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CC7D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A4F7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4B22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220E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5099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CB6F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309A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73E2B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B044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計</w:t>
            </w:r>
          </w:p>
        </w:tc>
      </w:tr>
      <w:tr w:rsidR="00A91EA7" w:rsidRPr="00910912" w14:paraId="3E229547" w14:textId="77777777" w:rsidTr="00F53ED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E309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084398F4" w14:textId="77777777" w:rsidR="00A91EA7" w:rsidRPr="008E6BCE" w:rsidRDefault="00A91EA7" w:rsidP="005D6ACE">
            <w:pPr>
              <w:jc w:val="center"/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回数</w:t>
            </w:r>
            <w:proofErr w:type="spellEnd"/>
          </w:p>
          <w:p w14:paraId="244F8376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0FE6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AFB6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2CC0F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B2781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415B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EA18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70BC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CA37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A8BCC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1FFF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6275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2720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E3F1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4FC5A107" w14:textId="77777777" w:rsidR="00A91EA7" w:rsidRPr="00910912" w:rsidRDefault="00A91EA7">
      <w:pPr>
        <w:rPr>
          <w:rFonts w:ascii="BIZ UDP明朝 Medium" w:eastAsia="BIZ UDP明朝 Medium" w:hAnsi="BIZ UDP明朝 Medium"/>
        </w:rPr>
      </w:pPr>
    </w:p>
    <w:tbl>
      <w:tblPr>
        <w:tblStyle w:val="afe"/>
        <w:tblW w:w="10485" w:type="dxa"/>
        <w:jc w:val="center"/>
        <w:tblLook w:val="04A0" w:firstRow="1" w:lastRow="0" w:firstColumn="1" w:lastColumn="0" w:noHBand="0" w:noVBand="1"/>
      </w:tblPr>
      <w:tblGrid>
        <w:gridCol w:w="3256"/>
        <w:gridCol w:w="7229"/>
      </w:tblGrid>
      <w:tr w:rsidR="00A91EA7" w:rsidRPr="00910912" w14:paraId="46F98FE1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7A62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2BC6F092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  <w:t>7 各回の学習者数（見込み）</w:t>
            </w:r>
          </w:p>
          <w:p w14:paraId="0A07EB55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CAA2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910912">
              <w:rPr>
                <w:rFonts w:ascii="BIZ UDP明朝 Medium" w:eastAsia="BIZ UDP明朝 Medium" w:hAnsi="BIZ UDP明朝 Medium"/>
                <w:lang w:eastAsia="ja-JP"/>
              </w:rPr>
              <w:t xml:space="preserve">　　　　　　</w:t>
            </w:r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　　　　　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名</w:t>
            </w:r>
          </w:p>
        </w:tc>
      </w:tr>
      <w:tr w:rsidR="00A91EA7" w:rsidRPr="00910912" w14:paraId="0059D64A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17B49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</w:p>
          <w:p w14:paraId="0CB3837A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</w:p>
          <w:p w14:paraId="5DC79EC8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8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使用教材</w:t>
            </w:r>
            <w:proofErr w:type="spellEnd"/>
          </w:p>
          <w:p w14:paraId="4E235917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</w:p>
          <w:p w14:paraId="3D1D998D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9A07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91EA7" w:rsidRPr="00910912" w14:paraId="4E1C76DA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E7CE6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</w:p>
          <w:p w14:paraId="3C8A36E2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9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会費等</w:t>
            </w:r>
            <w:proofErr w:type="spellEnd"/>
          </w:p>
          <w:p w14:paraId="1D684E35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0598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91EA7" w:rsidRPr="00910912" w14:paraId="00374AE8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72D8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10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その他特記事項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A6A8" w14:textId="77777777" w:rsidR="00A91EA7" w:rsidRPr="008E6BCE" w:rsidRDefault="00A91EA7" w:rsidP="00A91EA7">
            <w:pPr>
              <w:pStyle w:val="ae"/>
              <w:numPr>
                <w:ilvl w:val="0"/>
                <w:numId w:val="12"/>
              </w:numPr>
              <w:spacing w:line="480" w:lineRule="auto"/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学習者の在籍期間の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制度　　□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あり（期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間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　　　　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）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□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なし</w:t>
            </w:r>
          </w:p>
          <w:p w14:paraId="1F483ADF" w14:textId="77777777" w:rsidR="00A91EA7" w:rsidRPr="008E6BCE" w:rsidRDefault="00A91EA7" w:rsidP="00A91EA7">
            <w:pPr>
              <w:pStyle w:val="ae"/>
              <w:numPr>
                <w:ilvl w:val="0"/>
                <w:numId w:val="12"/>
              </w:numPr>
              <w:spacing w:line="480" w:lineRule="auto"/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学習者と指導者の交流会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 □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あり（年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　　回程度）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□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なし</w:t>
            </w:r>
          </w:p>
          <w:p w14:paraId="31074D90" w14:textId="77777777" w:rsidR="00A91EA7" w:rsidRPr="008E6BCE" w:rsidRDefault="00A91EA7" w:rsidP="00A91EA7">
            <w:pPr>
              <w:pStyle w:val="ae"/>
              <w:numPr>
                <w:ilvl w:val="0"/>
                <w:numId w:val="12"/>
              </w:numPr>
              <w:spacing w:line="480" w:lineRule="auto"/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その他</w:t>
            </w:r>
          </w:p>
        </w:tc>
      </w:tr>
    </w:tbl>
    <w:p w14:paraId="64416598" w14:textId="77777777" w:rsidR="00A91EA7" w:rsidRDefault="00A91EA7" w:rsidP="00910912">
      <w:pPr>
        <w:rPr>
          <w:lang w:eastAsia="ja-JP"/>
        </w:rPr>
      </w:pPr>
    </w:p>
    <w:p w14:paraId="3DD859F7" w14:textId="77777777" w:rsidR="00A91EA7" w:rsidRDefault="00A91EA7" w:rsidP="00FC0755">
      <w:pPr>
        <w:rPr>
          <w:rFonts w:ascii="BIZ UDP明朝 Medium" w:eastAsia="BIZ UDP明朝 Medium" w:hAnsi="BIZ UDP明朝 Medium"/>
          <w:sz w:val="22"/>
          <w:lang w:eastAsia="ja-JP"/>
        </w:rPr>
      </w:pPr>
    </w:p>
    <w:sectPr w:rsidR="00A91EA7" w:rsidSect="00A91EA7">
      <w:pgSz w:w="12240" w:h="15840"/>
      <w:pgMar w:top="426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34C7CEF"/>
    <w:multiLevelType w:val="hybridMultilevel"/>
    <w:tmpl w:val="7152EA96"/>
    <w:lvl w:ilvl="0" w:tplc="3766D6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num w:numId="1" w16cid:durableId="101262997">
    <w:abstractNumId w:val="8"/>
  </w:num>
  <w:num w:numId="2" w16cid:durableId="156460036">
    <w:abstractNumId w:val="6"/>
  </w:num>
  <w:num w:numId="3" w16cid:durableId="375784512">
    <w:abstractNumId w:val="5"/>
  </w:num>
  <w:num w:numId="4" w16cid:durableId="1118330728">
    <w:abstractNumId w:val="4"/>
  </w:num>
  <w:num w:numId="5" w16cid:durableId="1293707588">
    <w:abstractNumId w:val="7"/>
  </w:num>
  <w:num w:numId="6" w16cid:durableId="610475382">
    <w:abstractNumId w:val="3"/>
  </w:num>
  <w:num w:numId="7" w16cid:durableId="840580780">
    <w:abstractNumId w:val="2"/>
  </w:num>
  <w:num w:numId="8" w16cid:durableId="1465387395">
    <w:abstractNumId w:val="1"/>
  </w:num>
  <w:num w:numId="9" w16cid:durableId="1862207376">
    <w:abstractNumId w:val="0"/>
  </w:num>
  <w:num w:numId="10" w16cid:durableId="1451316965">
    <w:abstractNumId w:val="9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7071756">
    <w:abstractNumId w:val="11"/>
  </w:num>
  <w:num w:numId="12" w16cid:durableId="10057877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B82"/>
    <w:rsid w:val="00120D90"/>
    <w:rsid w:val="0015074B"/>
    <w:rsid w:val="002749BB"/>
    <w:rsid w:val="002869F5"/>
    <w:rsid w:val="0029639D"/>
    <w:rsid w:val="00326F90"/>
    <w:rsid w:val="00432459"/>
    <w:rsid w:val="00435DF5"/>
    <w:rsid w:val="004B6C76"/>
    <w:rsid w:val="00585604"/>
    <w:rsid w:val="006317B3"/>
    <w:rsid w:val="006B7686"/>
    <w:rsid w:val="006C36E5"/>
    <w:rsid w:val="00714700"/>
    <w:rsid w:val="00962D36"/>
    <w:rsid w:val="00993382"/>
    <w:rsid w:val="00A91EA7"/>
    <w:rsid w:val="00AA1D8D"/>
    <w:rsid w:val="00B22E0A"/>
    <w:rsid w:val="00B340B1"/>
    <w:rsid w:val="00B47730"/>
    <w:rsid w:val="00C202FC"/>
    <w:rsid w:val="00CA112B"/>
    <w:rsid w:val="00CB0664"/>
    <w:rsid w:val="00EE7A88"/>
    <w:rsid w:val="00F42771"/>
    <w:rsid w:val="00F53E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934723"/>
  <w14:defaultImageDpi w14:val="300"/>
  <w15:docId w15:val="{8A62F1BF-C4D0-4F23-93B1-8C913D65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ゴシック" w:eastAsia="ＭＳ ゴシック" w:hAnsi="ＭＳ 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user8</cp:lastModifiedBy>
  <cp:revision>3</cp:revision>
  <cp:lastPrinted>2026-05-13T05:45:00Z</cp:lastPrinted>
  <dcterms:created xsi:type="dcterms:W3CDTF">2026-07-31T03:25:00Z</dcterms:created>
  <dcterms:modified xsi:type="dcterms:W3CDTF">2026-10-07T01:38:00Z</dcterms:modified>
  <cp:category/>
</cp:coreProperties>
</file>